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7F945" w14:textId="77777777" w:rsidR="00667455" w:rsidRPr="00033140" w:rsidRDefault="00000000">
      <w:pPr>
        <w:jc w:val="center"/>
        <w:rPr>
          <w:lang w:val="cs-CZ"/>
        </w:rPr>
      </w:pPr>
      <w:r w:rsidRPr="00033140">
        <w:rPr>
          <w:b/>
          <w:sz w:val="30"/>
          <w:lang w:val="cs-CZ"/>
        </w:rPr>
        <w:t>ZÁPIS Z TŘÍDNÍCH SCHŮZEK KONANÝCH DNE 3.9.2026</w:t>
      </w:r>
    </w:p>
    <w:p w14:paraId="04F29965" w14:textId="77777777" w:rsidR="00667455" w:rsidRPr="00033140" w:rsidRDefault="00000000">
      <w:pPr>
        <w:spacing w:before="180" w:after="80"/>
        <w:rPr>
          <w:lang w:val="cs-CZ"/>
        </w:rPr>
      </w:pPr>
      <w:r w:rsidRPr="00033140">
        <w:rPr>
          <w:b/>
          <w:sz w:val="23"/>
          <w:lang w:val="cs-CZ"/>
        </w:rPr>
        <w:t>Webové stránky</w:t>
      </w:r>
    </w:p>
    <w:p w14:paraId="69F37C8C" w14:textId="36898FAE" w:rsidR="00667455" w:rsidRPr="00033140" w:rsidRDefault="00000000">
      <w:pPr>
        <w:pStyle w:val="Seznamsodrkami"/>
        <w:rPr>
          <w:lang w:val="cs-CZ"/>
        </w:rPr>
      </w:pPr>
      <w:r w:rsidRPr="00033140">
        <w:rPr>
          <w:lang w:val="cs-CZ"/>
        </w:rPr>
        <w:t>Registrace na webové stránky zajistí přístup ke galerii a k </w:t>
      </w:r>
      <w:r w:rsidR="00033140" w:rsidRPr="00033140">
        <w:rPr>
          <w:lang w:val="cs-CZ"/>
        </w:rPr>
        <w:t>e – omluvenkám</w:t>
      </w:r>
      <w:r w:rsidRPr="00033140">
        <w:rPr>
          <w:lang w:val="cs-CZ"/>
        </w:rPr>
        <w:t>.</w:t>
      </w:r>
    </w:p>
    <w:p w14:paraId="3CFE044A" w14:textId="448B584A" w:rsidR="00667455" w:rsidRPr="00033140" w:rsidRDefault="00000000">
      <w:pPr>
        <w:pStyle w:val="Seznamsodrkami"/>
        <w:rPr>
          <w:lang w:val="cs-CZ"/>
        </w:rPr>
      </w:pPr>
      <w:r w:rsidRPr="00033140">
        <w:rPr>
          <w:lang w:val="cs-CZ"/>
        </w:rPr>
        <w:t xml:space="preserve">Rodič zadá svůj email a své heslo. Paní ředitelka přihlášení odsouhlasí běžně do </w:t>
      </w:r>
      <w:r w:rsidR="00033140" w:rsidRPr="00033140">
        <w:rPr>
          <w:lang w:val="cs-CZ"/>
        </w:rPr>
        <w:t>24 h</w:t>
      </w:r>
      <w:r w:rsidRPr="00033140">
        <w:rPr>
          <w:lang w:val="cs-CZ"/>
        </w:rPr>
        <w:t>.</w:t>
      </w:r>
    </w:p>
    <w:p w14:paraId="77F76744" w14:textId="77777777" w:rsidR="00667455" w:rsidRPr="00033140" w:rsidRDefault="00000000">
      <w:pPr>
        <w:spacing w:before="180" w:after="80"/>
        <w:rPr>
          <w:lang w:val="cs-CZ"/>
        </w:rPr>
      </w:pPr>
      <w:r w:rsidRPr="00033140">
        <w:rPr>
          <w:b/>
          <w:sz w:val="23"/>
          <w:lang w:val="cs-CZ"/>
        </w:rPr>
        <w:t>Organizační záležitosti MŠ, Řád školy</w:t>
      </w:r>
    </w:p>
    <w:p w14:paraId="69419A7B" w14:textId="77777777" w:rsidR="00667455" w:rsidRPr="00033140" w:rsidRDefault="00000000">
      <w:pPr>
        <w:pStyle w:val="Seznamsodrkami"/>
        <w:rPr>
          <w:lang w:val="cs-CZ"/>
        </w:rPr>
      </w:pPr>
      <w:r w:rsidRPr="00033140">
        <w:rPr>
          <w:lang w:val="cs-CZ"/>
        </w:rPr>
        <w:t>Provoz MŠ: Jahodnice 6:30–17:00 hodin, Osická 7:00–17:00 hodin.</w:t>
      </w:r>
    </w:p>
    <w:p w14:paraId="14D0476A" w14:textId="77777777" w:rsidR="00667455" w:rsidRPr="00033140" w:rsidRDefault="00000000">
      <w:pPr>
        <w:pStyle w:val="Seznamsodrkami"/>
        <w:rPr>
          <w:lang w:val="cs-CZ"/>
        </w:rPr>
      </w:pPr>
      <w:r w:rsidRPr="00033140">
        <w:rPr>
          <w:lang w:val="cs-CZ"/>
        </w:rPr>
        <w:t>Příchod dětí do MŠ je nejpozději do 8:00 hodin. Po této době se budovy uzavírají a probíhá již vzdělávací program.</w:t>
      </w:r>
    </w:p>
    <w:p w14:paraId="1550621C" w14:textId="77777777" w:rsidR="00667455" w:rsidRPr="00033140" w:rsidRDefault="00000000">
      <w:pPr>
        <w:pStyle w:val="Seznamsodrkami"/>
        <w:rPr>
          <w:lang w:val="cs-CZ"/>
        </w:rPr>
      </w:pPr>
      <w:r w:rsidRPr="00033140">
        <w:rPr>
          <w:lang w:val="cs-CZ"/>
        </w:rPr>
        <w:t>Žádáme rodiče o důsledné dodržování provozní doby MŠ. Provoz MŠ končí v 17:00 hodin a budovu je třeba opustit nejpozději do 17:05 hodin. Opakované pozdní vyzvedávání dítěte může být vyhodnoceno jako porušování povinností zákonného zástupce a řešeno v souladu se Školním řádem.</w:t>
      </w:r>
    </w:p>
    <w:p w14:paraId="47D09347" w14:textId="6DE07F2D" w:rsidR="00667455" w:rsidRPr="00033140" w:rsidRDefault="00000000">
      <w:pPr>
        <w:pStyle w:val="Seznamsodrkami"/>
        <w:rPr>
          <w:lang w:val="cs-CZ"/>
        </w:rPr>
      </w:pPr>
      <w:r w:rsidRPr="00033140">
        <w:rPr>
          <w:lang w:val="cs-CZ"/>
        </w:rPr>
        <w:t xml:space="preserve">Ranní provoz spodních tříd Jahodnice je zpravidla od 6:30 do 7:30 hodin. (Motýlci, Kočičky), odpoledne po 16. hod spodní třídy Motýlci a Kočičky. Sledujte prosím informační cedule za dveřmi vedle zvonků. Paní učitelky mají pohyblivou pracovní dobu, a proto je můžete zastihnout i v jiný </w:t>
      </w:r>
      <w:r w:rsidR="00033140" w:rsidRPr="00033140">
        <w:rPr>
          <w:lang w:val="cs-CZ"/>
        </w:rPr>
        <w:t>čas,</w:t>
      </w:r>
      <w:r w:rsidRPr="00033140">
        <w:rPr>
          <w:lang w:val="cs-CZ"/>
        </w:rPr>
        <w:t xml:space="preserve"> než je uvedeno výše. Tato skutečnost ale není pravidelná.</w:t>
      </w:r>
    </w:p>
    <w:p w14:paraId="27AEF318" w14:textId="035D99E3" w:rsidR="00667455" w:rsidRPr="00033140" w:rsidRDefault="00000000">
      <w:pPr>
        <w:pStyle w:val="Seznamsodrkami"/>
        <w:rPr>
          <w:lang w:val="cs-CZ"/>
        </w:rPr>
      </w:pPr>
      <w:r w:rsidRPr="00033140">
        <w:rPr>
          <w:lang w:val="cs-CZ"/>
        </w:rPr>
        <w:t xml:space="preserve">Prosíme rodiče, aby </w:t>
      </w:r>
      <w:r w:rsidR="008D261D" w:rsidRPr="00033140">
        <w:rPr>
          <w:lang w:val="cs-CZ"/>
        </w:rPr>
        <w:t>respektovali, že š</w:t>
      </w:r>
      <w:r w:rsidRPr="00033140">
        <w:rPr>
          <w:lang w:val="cs-CZ"/>
        </w:rPr>
        <w:t>kolní zahrada není určena pro veřejnost. Řád školního hřiště najdete na nástěnkách a na webu v plném znění.</w:t>
      </w:r>
    </w:p>
    <w:p w14:paraId="7DB0B38F" w14:textId="77777777" w:rsidR="00667455" w:rsidRPr="00033140" w:rsidRDefault="00000000">
      <w:pPr>
        <w:pStyle w:val="Seznamsodrkami"/>
        <w:rPr>
          <w:lang w:val="cs-CZ"/>
        </w:rPr>
      </w:pPr>
      <w:r w:rsidRPr="00033140">
        <w:rPr>
          <w:lang w:val="cs-CZ"/>
        </w:rPr>
        <w:t>Školní řád najdete také na nástěnkách v šatnách dětí a na webu MŠ. Prosíme rodiče, aby se s jeho aktuálním zněním seznámili. Připomeneme pouze nejdůležitější pravidla.</w:t>
      </w:r>
    </w:p>
    <w:p w14:paraId="7EE57EF7" w14:textId="77777777" w:rsidR="00F83B86" w:rsidRPr="00033140" w:rsidRDefault="00000000">
      <w:pPr>
        <w:rPr>
          <w:lang w:val="cs-CZ"/>
        </w:rPr>
      </w:pPr>
      <w:r w:rsidRPr="00033140">
        <w:rPr>
          <w:b/>
          <w:lang w:val="cs-CZ"/>
        </w:rPr>
        <w:t>Šperky</w:t>
      </w:r>
    </w:p>
    <w:p w14:paraId="4544BA0C" w14:textId="77777777" w:rsidR="00F83B86" w:rsidRPr="00033140" w:rsidRDefault="00000000">
      <w:pPr>
        <w:rPr>
          <w:lang w:val="cs-CZ"/>
        </w:rPr>
      </w:pPr>
      <w:r w:rsidRPr="00033140">
        <w:rPr>
          <w:lang w:val="cs-CZ"/>
        </w:rPr>
        <w:t>Z bezpečnostních důvodů děti šperky do MŠ nenosí. Případná výjimka z náboženských důvodů nebo jiného závažného přesvědčení se řeší předem s třídní učitelkou/pedagogem, případně s vedením školy. MŠ nepřebírá hmotnou odpovědnost za šperky a cennosti přinesené dítětem.</w:t>
      </w:r>
    </w:p>
    <w:p w14:paraId="4D9AC42F" w14:textId="50DE8D2C" w:rsidR="008D261D" w:rsidRPr="00033140" w:rsidRDefault="00000000" w:rsidP="008D261D">
      <w:pPr>
        <w:pStyle w:val="Seznamsodrkami"/>
        <w:numPr>
          <w:ilvl w:val="0"/>
          <w:numId w:val="0"/>
        </w:numPr>
        <w:ind w:left="360" w:hanging="360"/>
        <w:rPr>
          <w:b/>
          <w:bCs/>
          <w:lang w:val="cs-CZ"/>
        </w:rPr>
      </w:pPr>
      <w:r w:rsidRPr="00033140">
        <w:rPr>
          <w:b/>
          <w:bCs/>
          <w:lang w:val="cs-CZ"/>
        </w:rPr>
        <w:t>Omlouvání dětí</w:t>
      </w:r>
    </w:p>
    <w:p w14:paraId="78A242FC" w14:textId="0CABFC9D" w:rsidR="00667455" w:rsidRPr="00033140" w:rsidRDefault="00000000" w:rsidP="008D261D">
      <w:pPr>
        <w:pStyle w:val="Seznamsodrkami"/>
        <w:rPr>
          <w:lang w:val="cs-CZ"/>
        </w:rPr>
      </w:pPr>
      <w:r w:rsidRPr="00033140">
        <w:rPr>
          <w:lang w:val="cs-CZ"/>
        </w:rPr>
        <w:t>nepřítomnost dítěte je možné omluvit elektronickou omluvenkou, SMS zprávou na telefon třídy nebo předem osobně na třídě. Omluvu je nutné provést nejpozději do 8:00 započatého dne.</w:t>
      </w:r>
    </w:p>
    <w:p w14:paraId="3E9C15C2" w14:textId="77777777" w:rsidR="008D261D" w:rsidRPr="00033140" w:rsidRDefault="008D261D" w:rsidP="008D261D">
      <w:pPr>
        <w:pStyle w:val="Seznamsodrkami"/>
        <w:rPr>
          <w:lang w:val="cs-CZ"/>
        </w:rPr>
      </w:pPr>
      <w:r w:rsidRPr="00033140">
        <w:rPr>
          <w:lang w:val="cs-CZ"/>
        </w:rPr>
        <w:t>Na každé třídě je mobilní telefon</w:t>
      </w:r>
      <w:r w:rsidR="00000000" w:rsidRPr="00033140">
        <w:rPr>
          <w:lang w:val="cs-CZ"/>
        </w:rPr>
        <w:t xml:space="preserve"> k dispozici pro hovory s učitelkami: ráno od 7:30 do 8:30 a poté od 12:00 do 14:00. Nebo ve výjimečných případech v jiný čas.</w:t>
      </w:r>
    </w:p>
    <w:p w14:paraId="4558E452" w14:textId="04FB975C" w:rsidR="00667455" w:rsidRPr="00033140" w:rsidRDefault="00000000" w:rsidP="008D261D">
      <w:pPr>
        <w:pStyle w:val="Seznamsodrkami"/>
        <w:rPr>
          <w:lang w:val="cs-CZ"/>
        </w:rPr>
      </w:pPr>
      <w:r w:rsidRPr="00033140">
        <w:rPr>
          <w:lang w:val="cs-CZ"/>
        </w:rPr>
        <w:t xml:space="preserve">U dítěte, pro které </w:t>
      </w:r>
      <w:r w:rsidRPr="00033140">
        <w:rPr>
          <w:b/>
          <w:bCs/>
          <w:lang w:val="cs-CZ"/>
        </w:rPr>
        <w:t>je předškolní vzdělávání povinné</w:t>
      </w:r>
      <w:r w:rsidRPr="00033140">
        <w:rPr>
          <w:lang w:val="cs-CZ"/>
        </w:rPr>
        <w:t>, je zákonný zástupce povinen nepřítomnost řádně omluvit písemně. V případě opomenutí omluvení v řádném čase učiní tak zpětně do třídního filtru.</w:t>
      </w:r>
    </w:p>
    <w:p w14:paraId="7E3C0988" w14:textId="77777777" w:rsidR="00667455" w:rsidRPr="00033140" w:rsidRDefault="00000000">
      <w:pPr>
        <w:pStyle w:val="Seznamsodrkami"/>
        <w:rPr>
          <w:lang w:val="cs-CZ"/>
        </w:rPr>
      </w:pPr>
      <w:r w:rsidRPr="00033140">
        <w:rPr>
          <w:lang w:val="cs-CZ"/>
        </w:rPr>
        <w:t>V souvislosti s novelou školského zákona budou předškolní děti vykazovány s docházkou ve sběru dat. Je třeba řádně tyto děti omlouvat.</w:t>
      </w:r>
    </w:p>
    <w:p w14:paraId="6046AE40" w14:textId="14DC035A" w:rsidR="00667455" w:rsidRPr="00033140" w:rsidRDefault="00000000">
      <w:pPr>
        <w:pStyle w:val="Seznamsodrkami"/>
        <w:rPr>
          <w:lang w:val="cs-CZ"/>
        </w:rPr>
      </w:pPr>
      <w:r w:rsidRPr="00033140">
        <w:rPr>
          <w:lang w:val="cs-CZ"/>
        </w:rPr>
        <w:t>P</w:t>
      </w:r>
      <w:r w:rsidR="008D261D" w:rsidRPr="00033140">
        <w:rPr>
          <w:lang w:val="cs-CZ"/>
        </w:rPr>
        <w:t xml:space="preserve">o </w:t>
      </w:r>
      <w:r w:rsidRPr="00033140">
        <w:rPr>
          <w:lang w:val="cs-CZ"/>
        </w:rPr>
        <w:t xml:space="preserve">nemoci zákonný zástupce písemně potvrzuje na třídě, že je dítě zdravé, podpisem prohlášení o bezinfekčnosti. Informace o prodělaném infekčním onemocnění jsou pro školu přínosné kvůli vhodným opatřením a ohleduplnosti k ostatním dětem. K dispozici </w:t>
      </w:r>
      <w:r w:rsidR="008D261D" w:rsidRPr="00033140">
        <w:rPr>
          <w:lang w:val="cs-CZ"/>
        </w:rPr>
        <w:t xml:space="preserve">jsou </w:t>
      </w:r>
      <w:r w:rsidRPr="00033140">
        <w:rPr>
          <w:lang w:val="cs-CZ"/>
        </w:rPr>
        <w:t xml:space="preserve">plakáty s piktogramy, které </w:t>
      </w:r>
      <w:r w:rsidR="008D261D" w:rsidRPr="00033140">
        <w:rPr>
          <w:lang w:val="cs-CZ"/>
        </w:rPr>
        <w:t>rodičům</w:t>
      </w:r>
      <w:r w:rsidRPr="00033140">
        <w:rPr>
          <w:lang w:val="cs-CZ"/>
        </w:rPr>
        <w:t xml:space="preserve"> pom</w:t>
      </w:r>
      <w:r w:rsidR="008D261D" w:rsidRPr="00033140">
        <w:rPr>
          <w:lang w:val="cs-CZ"/>
        </w:rPr>
        <w:t>ohou</w:t>
      </w:r>
      <w:r w:rsidRPr="00033140">
        <w:rPr>
          <w:lang w:val="cs-CZ"/>
        </w:rPr>
        <w:t xml:space="preserve"> se lépe orientovat v nemocech </w:t>
      </w:r>
      <w:r w:rsidR="008D261D" w:rsidRPr="00033140">
        <w:rPr>
          <w:lang w:val="cs-CZ"/>
        </w:rPr>
        <w:t>svých</w:t>
      </w:r>
      <w:r w:rsidRPr="00033140">
        <w:rPr>
          <w:lang w:val="cs-CZ"/>
        </w:rPr>
        <w:t xml:space="preserve"> dětí.</w:t>
      </w:r>
    </w:p>
    <w:p w14:paraId="1297B33B" w14:textId="77777777" w:rsidR="00667455" w:rsidRPr="00033140" w:rsidRDefault="00000000">
      <w:pPr>
        <w:pStyle w:val="Seznamsodrkami"/>
        <w:rPr>
          <w:lang w:val="cs-CZ"/>
        </w:rPr>
      </w:pPr>
      <w:r w:rsidRPr="00033140">
        <w:rPr>
          <w:lang w:val="cs-CZ"/>
        </w:rPr>
        <w:t>Prosíme rodiče, aby nepodceňovali rekonvalescenci u svých dětí.</w:t>
      </w:r>
    </w:p>
    <w:p w14:paraId="463A83BF" w14:textId="77777777" w:rsidR="00DE32EB" w:rsidRPr="00033140" w:rsidRDefault="00DE32EB" w:rsidP="00DE32EB">
      <w:pPr>
        <w:pStyle w:val="Seznamsodrkami"/>
        <w:numPr>
          <w:ilvl w:val="0"/>
          <w:numId w:val="0"/>
        </w:numPr>
        <w:ind w:left="360" w:hanging="360"/>
        <w:rPr>
          <w:lang w:val="cs-CZ"/>
        </w:rPr>
      </w:pPr>
    </w:p>
    <w:p w14:paraId="372B7711" w14:textId="06FCBEA9" w:rsidR="00DE32EB" w:rsidRPr="00033140" w:rsidRDefault="00DE32EB" w:rsidP="00DE32EB">
      <w:pPr>
        <w:pStyle w:val="Seznamsodrkami"/>
        <w:numPr>
          <w:ilvl w:val="0"/>
          <w:numId w:val="0"/>
        </w:numPr>
        <w:ind w:left="360" w:hanging="360"/>
        <w:rPr>
          <w:b/>
          <w:bCs/>
          <w:lang w:val="cs-CZ"/>
        </w:rPr>
      </w:pPr>
      <w:r w:rsidRPr="00033140">
        <w:rPr>
          <w:b/>
          <w:bCs/>
          <w:lang w:val="cs-CZ"/>
        </w:rPr>
        <w:t>Předávání</w:t>
      </w:r>
    </w:p>
    <w:p w14:paraId="25A5A400" w14:textId="77777777" w:rsidR="00DE32EB" w:rsidRPr="00033140" w:rsidRDefault="00DE32EB" w:rsidP="00DE32EB">
      <w:pPr>
        <w:pStyle w:val="Seznamsodrkami"/>
        <w:numPr>
          <w:ilvl w:val="0"/>
          <w:numId w:val="0"/>
        </w:numPr>
        <w:ind w:left="360" w:hanging="360"/>
        <w:rPr>
          <w:b/>
          <w:bCs/>
          <w:lang w:val="cs-CZ"/>
        </w:rPr>
      </w:pPr>
    </w:p>
    <w:p w14:paraId="60C39A13" w14:textId="77777777" w:rsidR="00667455" w:rsidRPr="00033140" w:rsidRDefault="00000000">
      <w:pPr>
        <w:pStyle w:val="Seznamsodrkami"/>
        <w:rPr>
          <w:lang w:val="cs-CZ"/>
        </w:rPr>
      </w:pPr>
      <w:r w:rsidRPr="00033140">
        <w:rPr>
          <w:lang w:val="cs-CZ"/>
        </w:rPr>
        <w:t>Děti předávejte učitelkám v místě určeném ve školním řádu a ujistěte se o kontaktu s paní učitelkou.</w:t>
      </w:r>
    </w:p>
    <w:p w14:paraId="4AFABB38" w14:textId="77777777" w:rsidR="00667455" w:rsidRPr="00033140" w:rsidRDefault="00000000">
      <w:pPr>
        <w:pStyle w:val="Seznamsodrkami"/>
        <w:rPr>
          <w:lang w:val="cs-CZ"/>
        </w:rPr>
      </w:pPr>
      <w:r w:rsidRPr="00033140">
        <w:rPr>
          <w:lang w:val="cs-CZ"/>
        </w:rPr>
        <w:t>Každý rodič vstupuje samostatně po zazvonění nebo po výzvě paní učitelky.</w:t>
      </w:r>
    </w:p>
    <w:p w14:paraId="0FED37E7" w14:textId="77777777" w:rsidR="00667455" w:rsidRPr="00033140" w:rsidRDefault="00000000">
      <w:pPr>
        <w:pStyle w:val="Seznamsodrkami"/>
        <w:rPr>
          <w:lang w:val="cs-CZ"/>
        </w:rPr>
      </w:pPr>
      <w:r w:rsidRPr="00033140">
        <w:rPr>
          <w:lang w:val="cs-CZ"/>
        </w:rPr>
        <w:lastRenderedPageBreak/>
        <w:t>Pokud zaznamenáte, že do budovy chce vstoupit někdo, koho neznáte, nevpouštějte ho dovnitř. U vchodu tříd Kočičky a Pejsci prosíme odstoupit k nahlédnutí do kamery.</w:t>
      </w:r>
    </w:p>
    <w:p w14:paraId="1A864341" w14:textId="77777777" w:rsidR="00667455" w:rsidRPr="00033140" w:rsidRDefault="00000000">
      <w:pPr>
        <w:pStyle w:val="Seznamsodrkami"/>
        <w:rPr>
          <w:lang w:val="cs-CZ"/>
        </w:rPr>
      </w:pPr>
      <w:r w:rsidRPr="00033140">
        <w:rPr>
          <w:lang w:val="cs-CZ"/>
        </w:rPr>
        <w:t>Neparkovat ve vjezdu do MŠ.</w:t>
      </w:r>
    </w:p>
    <w:p w14:paraId="2BCEE024" w14:textId="77777777" w:rsidR="00667455" w:rsidRPr="00033140" w:rsidRDefault="00000000">
      <w:pPr>
        <w:pStyle w:val="Seznamsodrkami"/>
        <w:rPr>
          <w:lang w:val="cs-CZ"/>
        </w:rPr>
      </w:pPr>
      <w:r w:rsidRPr="00033140">
        <w:rPr>
          <w:lang w:val="cs-CZ"/>
        </w:rPr>
        <w:t>Kola, koloběžky a jiná vozítka parkujte v prostorách parkoviště MŠ.</w:t>
      </w:r>
    </w:p>
    <w:p w14:paraId="3A79A284" w14:textId="77777777" w:rsidR="00667455" w:rsidRPr="00033140" w:rsidRDefault="00000000">
      <w:pPr>
        <w:pStyle w:val="Seznamsodrkami"/>
        <w:rPr>
          <w:lang w:val="cs-CZ"/>
        </w:rPr>
      </w:pPr>
      <w:r w:rsidRPr="00033140">
        <w:rPr>
          <w:lang w:val="cs-CZ"/>
        </w:rPr>
        <w:t>Oblečení dětí – podepsané, pohodlné. Náhradní (dostatek hlavně u Motýlků a Kočiček) oblečení do třídy nechat v sáčku v šatně, též oblečení na zahradu (na ven jiné oblečení než do třídy). Oblečení děti odpoledne odnášejí domů. Doporučujeme na odpolední odnášení věcí batůžky.</w:t>
      </w:r>
    </w:p>
    <w:p w14:paraId="675C68D5" w14:textId="77777777" w:rsidR="00667455" w:rsidRPr="00033140" w:rsidRDefault="00000000">
      <w:pPr>
        <w:pStyle w:val="Seznamsodrkami"/>
        <w:rPr>
          <w:lang w:val="cs-CZ"/>
        </w:rPr>
      </w:pPr>
      <w:r w:rsidRPr="00033140">
        <w:rPr>
          <w:lang w:val="cs-CZ"/>
        </w:rPr>
        <w:t>Školné 1000,- na účet (viz nástěnka). Částka je nevratná, předškoláci neplatí, děti s OŠD také neplatí.</w:t>
      </w:r>
    </w:p>
    <w:p w14:paraId="5F2EAD23" w14:textId="7B83ECA1" w:rsidR="00667455" w:rsidRPr="00033140" w:rsidRDefault="00000000" w:rsidP="00A21298">
      <w:pPr>
        <w:pStyle w:val="Seznamsodrkami"/>
        <w:rPr>
          <w:lang w:val="cs-CZ"/>
        </w:rPr>
      </w:pPr>
      <w:r w:rsidRPr="00033140">
        <w:rPr>
          <w:lang w:val="cs-CZ"/>
        </w:rPr>
        <w:t>Stravné platba zálohově TP z </w:t>
      </w:r>
      <w:r w:rsidR="00033140" w:rsidRPr="00033140">
        <w:rPr>
          <w:lang w:val="cs-CZ"/>
        </w:rPr>
        <w:t>účtu, (</w:t>
      </w:r>
      <w:r w:rsidRPr="00033140">
        <w:rPr>
          <w:lang w:val="cs-CZ"/>
        </w:rPr>
        <w:t xml:space="preserve">vyúčtování jednou ročně v červenci), platit vždy do   25. předešlého měsíce. Viz provozní řád ŠJ. Aktualizace </w:t>
      </w:r>
      <w:r w:rsidR="00DE32EB" w:rsidRPr="00033140">
        <w:rPr>
          <w:lang w:val="cs-CZ"/>
        </w:rPr>
        <w:t>27.8</w:t>
      </w:r>
      <w:r w:rsidRPr="00033140">
        <w:rPr>
          <w:lang w:val="cs-CZ"/>
        </w:rPr>
        <w:t>. 2026. Stravné se tento rok zvyšovalo na 54,- 1188,- Kč      OŠD (7leté) 1254,-Kč splatná do 25. dne předešlého měsíce). Pokud mají děti alergie, prosíme rodiče o potvrzení od lékaře. Každý školní rok je třeba potvrzení aktualizovat.</w:t>
      </w:r>
    </w:p>
    <w:p w14:paraId="1CB4F7ED" w14:textId="5FE7AB1E" w:rsidR="00667455" w:rsidRPr="00033140" w:rsidRDefault="00000000">
      <w:pPr>
        <w:pStyle w:val="Seznamsodrkami"/>
        <w:rPr>
          <w:lang w:val="cs-CZ"/>
        </w:rPr>
      </w:pPr>
      <w:r w:rsidRPr="00033140">
        <w:rPr>
          <w:lang w:val="cs-CZ"/>
        </w:rPr>
        <w:t>Všechny důležité informace jsou na webových stránkách MŠ a na nástěnkách MŠ. Důležité: vždy čtěte nástěnky u vstupních dveří do tříd. Částka je v</w:t>
      </w:r>
      <w:r w:rsidR="00DE32EB" w:rsidRPr="00033140">
        <w:rPr>
          <w:lang w:val="cs-CZ"/>
        </w:rPr>
        <w:t>ý</w:t>
      </w:r>
      <w:r w:rsidRPr="00033140">
        <w:rPr>
          <w:lang w:val="cs-CZ"/>
        </w:rPr>
        <w:t>počet stravy na 22</w:t>
      </w:r>
      <w:r w:rsidR="00DE32EB" w:rsidRPr="00033140">
        <w:rPr>
          <w:lang w:val="cs-CZ"/>
        </w:rPr>
        <w:t xml:space="preserve"> </w:t>
      </w:r>
      <w:r w:rsidRPr="00033140">
        <w:rPr>
          <w:lang w:val="cs-CZ"/>
        </w:rPr>
        <w:t>dní v měsíci.</w:t>
      </w:r>
    </w:p>
    <w:p w14:paraId="6597FB43" w14:textId="77777777" w:rsidR="00667455" w:rsidRPr="00033140" w:rsidRDefault="00000000">
      <w:pPr>
        <w:pStyle w:val="Seznamsodrkami"/>
        <w:rPr>
          <w:lang w:val="cs-CZ"/>
        </w:rPr>
      </w:pPr>
      <w:r w:rsidRPr="00033140">
        <w:rPr>
          <w:lang w:val="cs-CZ"/>
        </w:rPr>
        <w:t>Prosíme rodiče, aby neparkovali před pojezdovou branou školy. Mohou nastat problémy se zásobováním a odvozem odpadků.</w:t>
      </w:r>
    </w:p>
    <w:p w14:paraId="128F3413" w14:textId="77777777" w:rsidR="00667455" w:rsidRPr="00033140" w:rsidRDefault="00000000">
      <w:pPr>
        <w:rPr>
          <w:lang w:val="cs-CZ"/>
        </w:rPr>
      </w:pPr>
      <w:r w:rsidRPr="00033140">
        <w:rPr>
          <w:lang w:val="cs-CZ"/>
        </w:rPr>
        <w:t>Rodičům doporučujeme seznámit se také s aktuálním Provozním řádem školní jídelny a dalšími provozními pravidly školy.</w:t>
      </w:r>
    </w:p>
    <w:p w14:paraId="1ACD849C" w14:textId="77777777" w:rsidR="00667455" w:rsidRPr="00033140" w:rsidRDefault="00000000">
      <w:pPr>
        <w:rPr>
          <w:lang w:val="cs-CZ"/>
        </w:rPr>
      </w:pPr>
      <w:r w:rsidRPr="00033140">
        <w:rPr>
          <w:lang w:val="cs-CZ"/>
        </w:rPr>
        <w:t>Od školního roku 2026/2027 pracujeme podle nového Školního vzdělávacího programu. Obě pracoviště – MŠ Jahodnice a MŠ Osická – mají společnou vizi, hodnoty a vzdělávací program. Nový ŠVP již naplňujeme v každodenní vzdělávací práci s dětmi a vychází z individuálních potřeb dětí, podpory samostatnosti, aktivního zapojení, spolupráce a vzájemného učení.</w:t>
      </w:r>
    </w:p>
    <w:p w14:paraId="596527FE" w14:textId="77777777" w:rsidR="00667455" w:rsidRPr="00033140" w:rsidRDefault="00000000">
      <w:pPr>
        <w:rPr>
          <w:lang w:val="cs-CZ"/>
        </w:rPr>
      </w:pPr>
      <w:r w:rsidRPr="00033140">
        <w:rPr>
          <w:lang w:val="cs-CZ"/>
        </w:rPr>
        <w:t>Nový Školní řád upravuje zejména organizaci provozu, příchody a předávání dětí, omlouvání, bezpečnost, spolupráci s rodiči, poradenské služby a práva a povinnosti dětí, zákonných zástupců a zaměstnanců.</w:t>
      </w:r>
    </w:p>
    <w:p w14:paraId="18BC1484" w14:textId="6B7123DC" w:rsidR="00667455" w:rsidRPr="00033140" w:rsidRDefault="00000000">
      <w:pPr>
        <w:rPr>
          <w:lang w:val="cs-CZ"/>
        </w:rPr>
      </w:pPr>
      <w:r w:rsidRPr="00033140">
        <w:rPr>
          <w:lang w:val="cs-CZ"/>
        </w:rPr>
        <w:t>Od 1. 9. 2026 je účinný nový Školní řád mateřské školy</w:t>
      </w:r>
      <w:r w:rsidR="00A21298" w:rsidRPr="00033140">
        <w:rPr>
          <w:lang w:val="cs-CZ"/>
        </w:rPr>
        <w:t xml:space="preserve"> a další </w:t>
      </w:r>
      <w:r w:rsidR="00033140" w:rsidRPr="00033140">
        <w:rPr>
          <w:lang w:val="cs-CZ"/>
        </w:rPr>
        <w:t>dokumenty</w:t>
      </w:r>
      <w:r w:rsidR="00A21298" w:rsidRPr="00033140">
        <w:rPr>
          <w:lang w:val="cs-CZ"/>
        </w:rPr>
        <w:t xml:space="preserve"> najdete v a</w:t>
      </w:r>
      <w:r w:rsidRPr="00033140">
        <w:rPr>
          <w:lang w:val="cs-CZ"/>
        </w:rPr>
        <w:t>ktuální</w:t>
      </w:r>
      <w:r w:rsidR="00A21298" w:rsidRPr="00033140">
        <w:rPr>
          <w:lang w:val="cs-CZ"/>
        </w:rPr>
        <w:t>m</w:t>
      </w:r>
      <w:r w:rsidRPr="00033140">
        <w:rPr>
          <w:lang w:val="cs-CZ"/>
        </w:rPr>
        <w:t xml:space="preserve"> znění </w:t>
      </w:r>
      <w:r w:rsidR="00DE32EB" w:rsidRPr="00033140">
        <w:rPr>
          <w:lang w:val="cs-CZ"/>
        </w:rPr>
        <w:br/>
      </w:r>
      <w:r w:rsidRPr="00033140">
        <w:rPr>
          <w:lang w:val="cs-CZ"/>
        </w:rPr>
        <w:t>na webu MŠ a na nástěnkách.</w:t>
      </w:r>
    </w:p>
    <w:p w14:paraId="7C873A84" w14:textId="77777777" w:rsidR="00667455" w:rsidRPr="00033140" w:rsidRDefault="00000000">
      <w:pPr>
        <w:spacing w:before="180" w:after="80"/>
        <w:rPr>
          <w:lang w:val="cs-CZ"/>
        </w:rPr>
      </w:pPr>
      <w:r w:rsidRPr="00033140">
        <w:rPr>
          <w:b/>
          <w:sz w:val="24"/>
          <w:lang w:val="cs-CZ"/>
        </w:rPr>
        <w:t>Informace školní a třídní</w:t>
      </w:r>
    </w:p>
    <w:p w14:paraId="6ADCCB8B" w14:textId="7336E6A0" w:rsidR="00667455" w:rsidRPr="00033140" w:rsidRDefault="00000000">
      <w:pPr>
        <w:pStyle w:val="Seznamsodrkami"/>
        <w:rPr>
          <w:lang w:val="cs-CZ"/>
        </w:rPr>
      </w:pPr>
      <w:r w:rsidRPr="00033140">
        <w:rPr>
          <w:lang w:val="cs-CZ"/>
        </w:rPr>
        <w:t xml:space="preserve">Název </w:t>
      </w:r>
      <w:r w:rsidR="00033140" w:rsidRPr="00033140">
        <w:rPr>
          <w:lang w:val="cs-CZ"/>
        </w:rPr>
        <w:t>školního</w:t>
      </w:r>
      <w:r w:rsidRPr="00033140">
        <w:rPr>
          <w:lang w:val="cs-CZ"/>
        </w:rPr>
        <w:t xml:space="preserve"> programu: Společně objevujme svět s Jahodníčkem. Je k nahlédnutí na jednotlivých třídách</w:t>
      </w:r>
      <w:r w:rsidR="00A21298" w:rsidRPr="00033140">
        <w:rPr>
          <w:lang w:val="cs-CZ"/>
        </w:rPr>
        <w:t xml:space="preserve"> a na webu MŠ.</w:t>
      </w:r>
    </w:p>
    <w:p w14:paraId="33799280" w14:textId="64F313F7" w:rsidR="00667455" w:rsidRPr="00033140" w:rsidRDefault="00000000">
      <w:pPr>
        <w:pStyle w:val="Seznamsodrkami"/>
        <w:rPr>
          <w:lang w:val="cs-CZ"/>
        </w:rPr>
      </w:pPr>
      <w:r w:rsidRPr="00033140">
        <w:rPr>
          <w:lang w:val="cs-CZ"/>
        </w:rPr>
        <w:t>Jah</w:t>
      </w:r>
      <w:r w:rsidR="00033140" w:rsidRPr="00033140">
        <w:rPr>
          <w:lang w:val="cs-CZ"/>
        </w:rPr>
        <w:t>o</w:t>
      </w:r>
      <w:r w:rsidR="00A21298" w:rsidRPr="00033140">
        <w:rPr>
          <w:lang w:val="cs-CZ"/>
        </w:rPr>
        <w:t>dníček</w:t>
      </w:r>
      <w:r w:rsidRPr="00033140">
        <w:rPr>
          <w:lang w:val="cs-CZ"/>
        </w:rPr>
        <w:t xml:space="preserve"> je v podobě hračky na každé třídě a u starších dětí také putuje na víkend do jednotlivých domácností. Děti pak mají za úkol pobyt zaznamenat a informovat o něm své kamarády</w:t>
      </w:r>
      <w:r w:rsidR="00033140" w:rsidRPr="00033140">
        <w:rPr>
          <w:lang w:val="cs-CZ"/>
        </w:rPr>
        <w:t>.</w:t>
      </w:r>
    </w:p>
    <w:p w14:paraId="59F60DD8" w14:textId="4AED2B11" w:rsidR="00667455" w:rsidRPr="00033140" w:rsidRDefault="00000000">
      <w:pPr>
        <w:pStyle w:val="Seznamsodrkami"/>
        <w:rPr>
          <w:lang w:val="cs-CZ"/>
        </w:rPr>
      </w:pPr>
      <w:r w:rsidRPr="00033140">
        <w:rPr>
          <w:lang w:val="cs-CZ"/>
        </w:rPr>
        <w:t xml:space="preserve">VČELKY A PEJSCI Práce s předškoláky je v průběhu školního roku podpořena projektem: Předškoláček, který probíhá po obědě. Na jeho realizaci děti potřebují tlustý barevný fix Stabilo (jednorázová úhrada </w:t>
      </w:r>
      <w:r w:rsidR="00033140" w:rsidRPr="00033140">
        <w:rPr>
          <w:lang w:val="cs-CZ"/>
        </w:rPr>
        <w:t>500,</w:t>
      </w:r>
      <w:r w:rsidRPr="00033140">
        <w:rPr>
          <w:lang w:val="cs-CZ"/>
        </w:rPr>
        <w:t xml:space="preserve">- </w:t>
      </w:r>
      <w:r w:rsidR="00033140" w:rsidRPr="00033140">
        <w:rPr>
          <w:lang w:val="cs-CZ"/>
        </w:rPr>
        <w:t>n</w:t>
      </w:r>
      <w:r w:rsidRPr="00033140">
        <w:rPr>
          <w:lang w:val="cs-CZ"/>
        </w:rPr>
        <w:t>a školní rok – nakupujeme za zvýhodněné ceny, v této částce je zahrnuto rozloučení s předškoláky a upomínkové předměty přes SRPMŠ). Ved</w:t>
      </w:r>
      <w:r w:rsidR="00A21298" w:rsidRPr="00033140">
        <w:rPr>
          <w:lang w:val="cs-CZ"/>
        </w:rPr>
        <w:t>ou</w:t>
      </w:r>
      <w:r w:rsidRPr="00033140">
        <w:rPr>
          <w:lang w:val="cs-CZ"/>
        </w:rPr>
        <w:t xml:space="preserve"> jej paní učitelk</w:t>
      </w:r>
      <w:r w:rsidR="00A21298" w:rsidRPr="00033140">
        <w:rPr>
          <w:lang w:val="cs-CZ"/>
        </w:rPr>
        <w:t>y</w:t>
      </w:r>
      <w:r w:rsidRPr="00033140">
        <w:rPr>
          <w:lang w:val="cs-CZ"/>
        </w:rPr>
        <w:t xml:space="preserve"> Jasmína</w:t>
      </w:r>
      <w:r w:rsidR="00A21298" w:rsidRPr="00033140">
        <w:rPr>
          <w:lang w:val="cs-CZ"/>
        </w:rPr>
        <w:t xml:space="preserve"> a Dita. </w:t>
      </w:r>
      <w:r w:rsidRPr="00033140">
        <w:rPr>
          <w:lang w:val="cs-CZ"/>
        </w:rPr>
        <w:t>Na webových stránkách najdete motivační videa a poučení, jak pracovat s dětmi i doma.</w:t>
      </w:r>
    </w:p>
    <w:p w14:paraId="4221C322" w14:textId="77777777" w:rsidR="00667455" w:rsidRPr="00033140" w:rsidRDefault="00000000">
      <w:pPr>
        <w:spacing w:before="180" w:after="80"/>
        <w:rPr>
          <w:b/>
          <w:lang w:val="cs-CZ"/>
        </w:rPr>
      </w:pPr>
      <w:r w:rsidRPr="00033140">
        <w:rPr>
          <w:b/>
          <w:sz w:val="23"/>
          <w:lang w:val="cs-CZ"/>
        </w:rPr>
        <w:t>Finance a hospodaření MŠ</w:t>
      </w:r>
    </w:p>
    <w:p w14:paraId="2447CE96" w14:textId="77777777" w:rsidR="00667455" w:rsidRPr="00033140" w:rsidRDefault="00000000">
      <w:pPr>
        <w:rPr>
          <w:lang w:val="cs-CZ"/>
        </w:rPr>
      </w:pPr>
      <w:r w:rsidRPr="00033140">
        <w:rPr>
          <w:lang w:val="cs-CZ"/>
        </w:rPr>
        <w:t>.</w:t>
      </w:r>
    </w:p>
    <w:p w14:paraId="71CD2529" w14:textId="77777777" w:rsidR="00667455" w:rsidRPr="00033140" w:rsidRDefault="00000000">
      <w:pPr>
        <w:pStyle w:val="Seznamsodrkami"/>
        <w:rPr>
          <w:lang w:val="cs-CZ"/>
        </w:rPr>
      </w:pPr>
      <w:r w:rsidRPr="00033140">
        <w:rPr>
          <w:lang w:val="cs-CZ"/>
        </w:rPr>
        <w:t>MŠ je právní subjekt, dotace ze státního rozpočtu na mzdy a provoz – případné podrobnosti paní ředitelka.</w:t>
      </w:r>
    </w:p>
    <w:p w14:paraId="66177979" w14:textId="77777777" w:rsidR="00667455" w:rsidRPr="00033140" w:rsidRDefault="00000000">
      <w:pPr>
        <w:pStyle w:val="Seznamsodrkami"/>
        <w:rPr>
          <w:lang w:val="cs-CZ"/>
        </w:rPr>
      </w:pPr>
      <w:r w:rsidRPr="00033140">
        <w:rPr>
          <w:lang w:val="cs-CZ"/>
        </w:rPr>
        <w:lastRenderedPageBreak/>
        <w:t>Sponzorské dary –Možnost finančních darů, úhrada faktur za hračky či techniku nebo zakoupení konkrétní věci po dohodě s ředitelkou MŠ.</w:t>
      </w:r>
    </w:p>
    <w:p w14:paraId="2D9C003C" w14:textId="36B5647D" w:rsidR="00667455" w:rsidRPr="00033140" w:rsidRDefault="00000000" w:rsidP="00033140">
      <w:pPr>
        <w:pStyle w:val="Seznamsodrkami"/>
        <w:rPr>
          <w:lang w:val="cs-CZ"/>
        </w:rPr>
      </w:pPr>
      <w:r w:rsidRPr="00033140">
        <w:rPr>
          <w:lang w:val="cs-CZ"/>
        </w:rPr>
        <w:t>Sběrová aktivita znovu zavedena. Velikost balíčku se váží na kila. Pokud nemáte možnost sběr zvážit, zkuste odhadem. Děkujeme. Na závěr akce (červen 202</w:t>
      </w:r>
      <w:r w:rsidR="00033140" w:rsidRPr="00033140">
        <w:rPr>
          <w:lang w:val="cs-CZ"/>
        </w:rPr>
        <w:t>7</w:t>
      </w:r>
      <w:r w:rsidRPr="00033140">
        <w:rPr>
          <w:lang w:val="cs-CZ"/>
        </w:rPr>
        <w:t>) se koná vyhodnocení sběru na jednotlivých třídách. Dobré je, aby každé dítě mělo</w:t>
      </w:r>
      <w:r w:rsidR="00033140" w:rsidRPr="00033140">
        <w:rPr>
          <w:lang w:val="cs-CZ"/>
        </w:rPr>
        <w:t xml:space="preserve"> alespoň jeden</w:t>
      </w:r>
      <w:r w:rsidRPr="00033140">
        <w:rPr>
          <w:lang w:val="cs-CZ"/>
        </w:rPr>
        <w:t xml:space="preserve"> balíček.</w:t>
      </w:r>
    </w:p>
    <w:p w14:paraId="54C1B924" w14:textId="3C0CAD20" w:rsidR="00667455" w:rsidRPr="00033140" w:rsidRDefault="00000000">
      <w:pPr>
        <w:pStyle w:val="Seznamsodrkami"/>
        <w:rPr>
          <w:lang w:val="cs-CZ"/>
        </w:rPr>
      </w:pPr>
      <w:r w:rsidRPr="00033140">
        <w:rPr>
          <w:lang w:val="cs-CZ"/>
        </w:rPr>
        <w:t xml:space="preserve">Můžete-li věnovat drobné </w:t>
      </w:r>
      <w:r w:rsidR="00033140" w:rsidRPr="00033140">
        <w:rPr>
          <w:lang w:val="cs-CZ"/>
        </w:rPr>
        <w:t>dárkové – reklamní</w:t>
      </w:r>
      <w:r w:rsidRPr="00033140">
        <w:rPr>
          <w:lang w:val="cs-CZ"/>
        </w:rPr>
        <w:t xml:space="preserve"> předměty (propisky, balónky, bonbóny, samolepky, pastelky, netradiční VV materiál …) spotřebujeme jako odměny pro děti nebo na práci s dětmi</w:t>
      </w:r>
      <w:r w:rsidR="00033140" w:rsidRPr="00033140">
        <w:rPr>
          <w:lang w:val="cs-CZ"/>
        </w:rPr>
        <w:t>.</w:t>
      </w:r>
    </w:p>
    <w:p w14:paraId="26E86E86" w14:textId="77777777" w:rsidR="00667455" w:rsidRPr="00033140" w:rsidRDefault="00000000">
      <w:pPr>
        <w:rPr>
          <w:b/>
          <w:bCs/>
          <w:lang w:val="cs-CZ"/>
        </w:rPr>
      </w:pPr>
      <w:r w:rsidRPr="00033140">
        <w:rPr>
          <w:b/>
          <w:bCs/>
          <w:lang w:val="cs-CZ"/>
        </w:rPr>
        <w:t>Nadstandardní aktivity v MŠ</w:t>
      </w:r>
    </w:p>
    <w:p w14:paraId="3DE4D95B" w14:textId="14343AC8" w:rsidR="00667455" w:rsidRPr="00033140" w:rsidRDefault="00000000">
      <w:pPr>
        <w:pStyle w:val="Seznamsodrkami"/>
        <w:rPr>
          <w:lang w:val="cs-CZ"/>
        </w:rPr>
      </w:pPr>
      <w:r w:rsidRPr="00033140">
        <w:rPr>
          <w:lang w:val="cs-CZ"/>
        </w:rPr>
        <w:t xml:space="preserve">Keramika, angličtina, jóga, zumba, sbor – vše v kompetenci paních učitelek. Kroužek tenisu komunikujte s paní Čížkovou. Sbor je veden profesionálním přístupem paní učitelky Jasmíny Jany Sovové. Jógu má v plné kompetenci paní učitelka Monika Mikulenčáková. Keramiku vede paní učitelka Veronika Strupková. Zumbu protančí paní učitelka Dita Pavelková. Angličtina je vedena paní učitelkou Vendulou Novotnou. Bližší informace jsou na nástěnkách. Kroužky jsou přednostně pro předškoláky, ale mladší děti mohou po úvaze a konzultaci s paní učitelkou. Totéž při případném navštěvování více kroužků. Další nadstandardní aktivitou je Solná jeskyně, </w:t>
      </w:r>
      <w:r w:rsidR="00033140" w:rsidRPr="00033140">
        <w:rPr>
          <w:lang w:val="cs-CZ"/>
        </w:rPr>
        <w:t xml:space="preserve">školička na sněhu, </w:t>
      </w:r>
      <w:r w:rsidRPr="00033140">
        <w:rPr>
          <w:lang w:val="cs-CZ"/>
        </w:rPr>
        <w:t>(upřesníme termín) pro přihlášené děti.</w:t>
      </w:r>
    </w:p>
    <w:p w14:paraId="0F734743" w14:textId="5A84CC3A" w:rsidR="00667455" w:rsidRPr="00033140" w:rsidRDefault="00A21298">
      <w:pPr>
        <w:rPr>
          <w:b/>
          <w:bCs/>
          <w:lang w:val="cs-CZ"/>
        </w:rPr>
      </w:pPr>
      <w:r w:rsidRPr="00033140">
        <w:rPr>
          <w:b/>
          <w:bCs/>
          <w:lang w:val="cs-CZ"/>
        </w:rPr>
        <w:t xml:space="preserve">                 Nahlaste se na nástěnkách do 20.9.2026.</w:t>
      </w:r>
    </w:p>
    <w:p w14:paraId="54818897" w14:textId="035AD418" w:rsidR="00667455" w:rsidRPr="00033140" w:rsidRDefault="00A21298">
      <w:pPr>
        <w:pStyle w:val="Seznamsodrkami"/>
        <w:rPr>
          <w:lang w:val="cs-CZ"/>
        </w:rPr>
      </w:pPr>
      <w:r w:rsidRPr="00033140">
        <w:rPr>
          <w:lang w:val="cs-CZ"/>
        </w:rPr>
        <w:t>ŠKOLA v přírodě – bude zjišťován předb</w:t>
      </w:r>
      <w:r w:rsidR="00033140" w:rsidRPr="00033140">
        <w:rPr>
          <w:lang w:val="cs-CZ"/>
        </w:rPr>
        <w:t>ě</w:t>
      </w:r>
      <w:r w:rsidRPr="00033140">
        <w:rPr>
          <w:lang w:val="cs-CZ"/>
        </w:rPr>
        <w:t>žný zájem – informace najdete po novém roce na nástěnkách školy. Doporučujeme předškolní děti. Bližší informace podá paní učitelka Pražáková (třída Motýlci). Akce se uskuteční v případě naplnění kapacity.</w:t>
      </w:r>
    </w:p>
    <w:p w14:paraId="0861EBFD" w14:textId="77777777" w:rsidR="00667455" w:rsidRPr="00033140" w:rsidRDefault="00000000">
      <w:pPr>
        <w:pStyle w:val="Seznamsodrkami"/>
        <w:rPr>
          <w:lang w:val="cs-CZ"/>
        </w:rPr>
      </w:pPr>
      <w:r w:rsidRPr="00033140">
        <w:rPr>
          <w:lang w:val="cs-CZ"/>
        </w:rPr>
        <w:t>Sběrová aktivita – viz. výše</w:t>
      </w:r>
    </w:p>
    <w:p w14:paraId="2FA7084D" w14:textId="77777777" w:rsidR="00667455" w:rsidRPr="00033140" w:rsidRDefault="00000000">
      <w:pPr>
        <w:pStyle w:val="Seznamsodrkami"/>
        <w:rPr>
          <w:lang w:val="cs-CZ"/>
        </w:rPr>
      </w:pPr>
      <w:r w:rsidRPr="00033140">
        <w:rPr>
          <w:lang w:val="cs-CZ"/>
        </w:rPr>
        <w:t>Projekty MŠ: Ekoškola – máme titul Ekoškola, Jahodníček zahradníkem, Celé Česko čte dětem, Projekt řečové prevence, Eko projekty, Zdravý úsměv, Dítě a zvíře, Dopravní výchova v MŠ a Skutečně zdravá strava.</w:t>
      </w:r>
    </w:p>
    <w:p w14:paraId="35F63F13" w14:textId="77777777" w:rsidR="00667455" w:rsidRPr="00033140" w:rsidRDefault="00000000">
      <w:pPr>
        <w:pStyle w:val="Seznamsodrkami"/>
        <w:rPr>
          <w:lang w:val="cs-CZ"/>
        </w:rPr>
      </w:pPr>
      <w:r w:rsidRPr="00033140">
        <w:rPr>
          <w:lang w:val="cs-CZ"/>
        </w:rPr>
        <w:t>Ekoškola: Setkávání rodičů (v odpoledních hodinách) ekotýmu.  Setkání jsou spojena s tvořivou dílnou, přednáškami nebo jarmarkem. Jedná se o podpůrčí tým pro Vaše děti. Účast je dobrovolná.</w:t>
      </w:r>
    </w:p>
    <w:p w14:paraId="42DE9238" w14:textId="77777777" w:rsidR="00667455" w:rsidRPr="00033140" w:rsidRDefault="00000000">
      <w:pPr>
        <w:pStyle w:val="Seznamsodrkami"/>
        <w:rPr>
          <w:lang w:val="cs-CZ"/>
        </w:rPr>
      </w:pPr>
      <w:r w:rsidRPr="00033140">
        <w:rPr>
          <w:lang w:val="cs-CZ"/>
        </w:rPr>
        <w:t>Dále se setkávají děti z jednotlivých tříd (každé úterý dopoledne) a jsou součástí dětského Ekotýmu. Získané a prozkoumané informace předávají na svých třídách.</w:t>
      </w:r>
    </w:p>
    <w:p w14:paraId="6F9C51C5" w14:textId="77777777" w:rsidR="00667455" w:rsidRPr="00033140" w:rsidRDefault="00000000">
      <w:pPr>
        <w:pStyle w:val="Seznamsodrkami"/>
        <w:rPr>
          <w:lang w:val="cs-CZ"/>
        </w:rPr>
      </w:pPr>
      <w:r w:rsidRPr="00033140">
        <w:rPr>
          <w:lang w:val="cs-CZ"/>
        </w:rPr>
        <w:t>Ekotým mají na starost paní učitelky Monika Mikulenčáková a Dita Pavelková. Další informace na webu MŠ nebo přímo u obou vedoucích projektu.</w:t>
      </w:r>
    </w:p>
    <w:p w14:paraId="5AF9F431" w14:textId="77777777" w:rsidR="00667455" w:rsidRPr="00033140" w:rsidRDefault="00000000">
      <w:pPr>
        <w:pStyle w:val="Seznamsodrkami"/>
        <w:rPr>
          <w:lang w:val="cs-CZ"/>
        </w:rPr>
      </w:pPr>
      <w:r w:rsidRPr="00033140">
        <w:rPr>
          <w:lang w:val="cs-CZ"/>
        </w:rPr>
        <w:t>Celé Česko čte dětem: i rodiče a prarodiče mohou číst dětem – nejlépe po obědě. Budeme rádi za vaše čtení – přihlaste se.</w:t>
      </w:r>
    </w:p>
    <w:p w14:paraId="4219DEEE" w14:textId="0F9292A3" w:rsidR="00667455" w:rsidRPr="00033140" w:rsidRDefault="00000000">
      <w:pPr>
        <w:rPr>
          <w:lang w:val="cs-CZ"/>
        </w:rPr>
      </w:pPr>
      <w:r w:rsidRPr="00033140">
        <w:rPr>
          <w:lang w:val="cs-CZ"/>
        </w:rPr>
        <w:t xml:space="preserve">V prostorách MŠ se nachází Knihovna, která je otevřená pro rodiče s dětmi každé pondělní odpoledne anebo po dohodě na třídě Kočičky s třídními učitelkami Kamilou Kyralovou a </w:t>
      </w:r>
      <w:r w:rsidR="00B677AA">
        <w:rPr>
          <w:lang w:val="cs-CZ"/>
        </w:rPr>
        <w:t>Lenkou Karpíškovou</w:t>
      </w:r>
      <w:r w:rsidRPr="00033140">
        <w:rPr>
          <w:lang w:val="cs-CZ"/>
        </w:rPr>
        <w:t xml:space="preserve"> i jiný čas. Seznam literatury najdete na webu MŠ. Nabídku knih budeme i nadáme rozšiřovat.</w:t>
      </w:r>
    </w:p>
    <w:p w14:paraId="758A3636" w14:textId="2B1D903C" w:rsidR="00667455" w:rsidRPr="00033140" w:rsidRDefault="00000000">
      <w:pPr>
        <w:pStyle w:val="Seznamsodrkami"/>
        <w:rPr>
          <w:lang w:val="cs-CZ"/>
        </w:rPr>
      </w:pPr>
      <w:r w:rsidRPr="00033140">
        <w:rPr>
          <w:lang w:val="cs-CZ"/>
        </w:rPr>
        <w:t>Spolupráce s organizacemi: Pedagogicko-psychologická poradna Praha 9, Prima Vizus – screening očí, MUDr. Richterová – vyšetření plosky nohou</w:t>
      </w:r>
    </w:p>
    <w:p w14:paraId="524EA915" w14:textId="77777777" w:rsidR="00667455" w:rsidRPr="00033140" w:rsidRDefault="00000000">
      <w:pPr>
        <w:pStyle w:val="Seznamsodrkami"/>
        <w:rPr>
          <w:lang w:val="cs-CZ"/>
        </w:rPr>
      </w:pPr>
      <w:r w:rsidRPr="00033140">
        <w:rPr>
          <w:lang w:val="cs-CZ"/>
        </w:rPr>
        <w:t>Informace k logopedii: Jednou ročně nás navštěvuje klinická logopedka Mgr. Macková a provádí screening v předškolních třídách.</w:t>
      </w:r>
    </w:p>
    <w:p w14:paraId="2EB96106" w14:textId="77777777" w:rsidR="00667455" w:rsidRPr="00033140" w:rsidRDefault="00000000">
      <w:pPr>
        <w:pStyle w:val="Seznamsodrkami"/>
        <w:rPr>
          <w:lang w:val="cs-CZ"/>
        </w:rPr>
      </w:pPr>
      <w:r w:rsidRPr="00033140">
        <w:rPr>
          <w:lang w:val="cs-CZ"/>
        </w:rPr>
        <w:t>Pravidelný logopedický přístup je součástí ŠVP a je realizován formou jazykových her, artikulačních cvičení, grafomotorických cvičení. MŠ neprovádí samotnou nápravu, ale pouze dopomáhá snazšímu průběhu, koordinuje. Vlastní nácvik je nutný vždy doma.</w:t>
      </w:r>
    </w:p>
    <w:p w14:paraId="6D7B889D" w14:textId="77777777" w:rsidR="00667455" w:rsidRPr="00033140" w:rsidRDefault="00000000">
      <w:pPr>
        <w:spacing w:before="180" w:after="80"/>
        <w:rPr>
          <w:lang w:val="cs-CZ"/>
        </w:rPr>
      </w:pPr>
      <w:r w:rsidRPr="00033140">
        <w:rPr>
          <w:b/>
          <w:sz w:val="23"/>
          <w:lang w:val="cs-CZ"/>
        </w:rPr>
        <w:t>Akce pořádané školou</w:t>
      </w:r>
    </w:p>
    <w:p w14:paraId="3734E9B2" w14:textId="77777777" w:rsidR="00667455" w:rsidRPr="00033140" w:rsidRDefault="00000000">
      <w:pPr>
        <w:rPr>
          <w:lang w:val="cs-CZ"/>
        </w:rPr>
      </w:pPr>
      <w:r w:rsidRPr="00033140">
        <w:rPr>
          <w:lang w:val="cs-CZ"/>
        </w:rPr>
        <w:t>Všechny akce najdete na nástěnkách jednotlivých tříd.</w:t>
      </w:r>
    </w:p>
    <w:p w14:paraId="03F6127B" w14:textId="77777777" w:rsidR="00667455" w:rsidRPr="00033140" w:rsidRDefault="00000000">
      <w:pPr>
        <w:rPr>
          <w:lang w:val="cs-CZ"/>
        </w:rPr>
      </w:pPr>
      <w:r w:rsidRPr="00033140">
        <w:rPr>
          <w:lang w:val="cs-CZ"/>
        </w:rPr>
        <w:t>Postupně jsou doplňovány a aktualizovány.</w:t>
      </w:r>
    </w:p>
    <w:p w14:paraId="122FB0BC" w14:textId="57D3494A" w:rsidR="00667455" w:rsidRPr="00033140" w:rsidRDefault="00000000">
      <w:pPr>
        <w:rPr>
          <w:lang w:val="cs-CZ"/>
        </w:rPr>
      </w:pPr>
      <w:r w:rsidRPr="00033140">
        <w:rPr>
          <w:lang w:val="cs-CZ"/>
        </w:rPr>
        <w:lastRenderedPageBreak/>
        <w:t xml:space="preserve">Také je najdete na webu </w:t>
      </w:r>
      <w:r w:rsidR="00B677AA">
        <w:rPr>
          <w:lang w:val="cs-CZ"/>
        </w:rPr>
        <w:t xml:space="preserve"> v kalendáři akcí i v </w:t>
      </w:r>
      <w:r w:rsidR="00B677AA" w:rsidRPr="00033140">
        <w:rPr>
          <w:lang w:val="cs-CZ"/>
        </w:rPr>
        <w:t>Google</w:t>
      </w:r>
      <w:r w:rsidR="00B677AA">
        <w:rPr>
          <w:lang w:val="cs-CZ"/>
        </w:rPr>
        <w:t xml:space="preserve"> kalendáři, který si můžete přidat ke svému.</w:t>
      </w:r>
    </w:p>
    <w:p w14:paraId="4A9BCAAD" w14:textId="77777777" w:rsidR="00667455" w:rsidRPr="00033140" w:rsidRDefault="00000000">
      <w:pPr>
        <w:pStyle w:val="Seznamsodrkami"/>
        <w:rPr>
          <w:lang w:val="cs-CZ"/>
        </w:rPr>
      </w:pPr>
      <w:r w:rsidRPr="00033140">
        <w:rPr>
          <w:lang w:val="cs-CZ"/>
        </w:rPr>
        <w:t>Akce Dětský úsměv – nácvik zubní hygieny – spolupráce s MČ Praha 14 – nevíme, zda nás navštíví odbornice. Každé dítě má kartáček a zubní pastu zdarma.</w:t>
      </w:r>
    </w:p>
    <w:p w14:paraId="55BB3965" w14:textId="77777777" w:rsidR="00667455" w:rsidRPr="00033140" w:rsidRDefault="00000000">
      <w:pPr>
        <w:pStyle w:val="Seznamsodrkami"/>
        <w:rPr>
          <w:lang w:val="cs-CZ"/>
        </w:rPr>
      </w:pPr>
      <w:r w:rsidRPr="00033140">
        <w:rPr>
          <w:lang w:val="cs-CZ"/>
        </w:rPr>
        <w:t>Fotografování dětí –  listopad 2026 a květen 2027 - slušivé oblečení, termíny  upřesníme</w:t>
      </w:r>
    </w:p>
    <w:p w14:paraId="0A95BCC6" w14:textId="77777777" w:rsidR="00667455" w:rsidRPr="00033140" w:rsidRDefault="00000000">
      <w:pPr>
        <w:pStyle w:val="Seznamsodrkami"/>
        <w:rPr>
          <w:lang w:val="cs-CZ"/>
        </w:rPr>
      </w:pPr>
      <w:r w:rsidRPr="00033140">
        <w:rPr>
          <w:lang w:val="cs-CZ"/>
        </w:rPr>
        <w:t>výlet upřesníme</w:t>
      </w:r>
    </w:p>
    <w:p w14:paraId="2D77ACAE" w14:textId="77777777" w:rsidR="00667455" w:rsidRPr="00033140" w:rsidRDefault="00000000">
      <w:pPr>
        <w:pStyle w:val="Seznamsodrkami"/>
        <w:rPr>
          <w:lang w:val="cs-CZ"/>
        </w:rPr>
      </w:pPr>
      <w:r w:rsidRPr="00033140">
        <w:rPr>
          <w:lang w:val="cs-CZ"/>
        </w:rPr>
        <w:t>akce na zahradě</w:t>
      </w:r>
    </w:p>
    <w:p w14:paraId="63286441" w14:textId="77777777" w:rsidR="00667455" w:rsidRPr="00033140" w:rsidRDefault="00000000">
      <w:pPr>
        <w:pStyle w:val="Seznamsodrkami"/>
        <w:rPr>
          <w:lang w:val="cs-CZ"/>
        </w:rPr>
      </w:pPr>
      <w:r w:rsidRPr="00033140">
        <w:rPr>
          <w:lang w:val="cs-CZ"/>
        </w:rPr>
        <w:t xml:space="preserve">pečení </w:t>
      </w:r>
    </w:p>
    <w:p w14:paraId="1F9AF1AC" w14:textId="77777777" w:rsidR="00667455" w:rsidRPr="00033140" w:rsidRDefault="00000000">
      <w:pPr>
        <w:pStyle w:val="Seznamsodrkami"/>
        <w:rPr>
          <w:lang w:val="cs-CZ"/>
        </w:rPr>
      </w:pPr>
      <w:r w:rsidRPr="00033140">
        <w:rPr>
          <w:lang w:val="cs-CZ"/>
        </w:rPr>
        <w:t>Divadelní představení – dle plánu školy – výchovný a vzdělávací charakter</w:t>
      </w:r>
    </w:p>
    <w:p w14:paraId="16362815" w14:textId="77777777" w:rsidR="00667455" w:rsidRPr="00033140" w:rsidRDefault="00000000">
      <w:pPr>
        <w:pStyle w:val="Seznamsodrkami"/>
        <w:rPr>
          <w:lang w:val="cs-CZ"/>
        </w:rPr>
      </w:pPr>
      <w:r w:rsidRPr="00033140">
        <w:rPr>
          <w:lang w:val="cs-CZ"/>
        </w:rPr>
        <w:t>Přednášky, workshopy pro rodiče</w:t>
      </w:r>
    </w:p>
    <w:p w14:paraId="36AC63E1" w14:textId="77777777" w:rsidR="00667455" w:rsidRPr="00033140" w:rsidRDefault="00000000">
      <w:pPr>
        <w:pStyle w:val="Seznamsodrkami"/>
        <w:rPr>
          <w:lang w:val="cs-CZ"/>
        </w:rPr>
      </w:pPr>
      <w:r w:rsidRPr="00033140">
        <w:rPr>
          <w:lang w:val="cs-CZ"/>
        </w:rPr>
        <w:t>Tvořivé workshopy pro rodiče s dětmi</w:t>
      </w:r>
    </w:p>
    <w:p w14:paraId="0E8075B3" w14:textId="77777777" w:rsidR="00667455" w:rsidRPr="00033140" w:rsidRDefault="00000000">
      <w:pPr>
        <w:pStyle w:val="Seznamsodrkami"/>
        <w:rPr>
          <w:lang w:val="cs-CZ"/>
        </w:rPr>
      </w:pPr>
      <w:r w:rsidRPr="00033140">
        <w:rPr>
          <w:lang w:val="cs-CZ"/>
        </w:rPr>
        <w:t>Stravovací komise (rodič přijde ochutnat do MŠ oběd a učiní z tohoto zážitku zápis): dle vašeho zájmu kontaktujte paní hospodářku</w:t>
      </w:r>
    </w:p>
    <w:p w14:paraId="71300806" w14:textId="77777777" w:rsidR="00667455" w:rsidRPr="00033140" w:rsidRDefault="00000000">
      <w:pPr>
        <w:spacing w:before="180" w:after="80"/>
        <w:rPr>
          <w:lang w:val="cs-CZ"/>
        </w:rPr>
      </w:pPr>
      <w:r w:rsidRPr="00033140">
        <w:rPr>
          <w:b/>
          <w:sz w:val="23"/>
          <w:lang w:val="cs-CZ"/>
        </w:rPr>
        <w:t>SRPMŠ</w:t>
      </w:r>
    </w:p>
    <w:p w14:paraId="5AB0D0A1" w14:textId="5FAF8E5F" w:rsidR="00667455" w:rsidRPr="00033140" w:rsidRDefault="00000000">
      <w:pPr>
        <w:pStyle w:val="Seznamsodrkami"/>
        <w:rPr>
          <w:lang w:val="cs-CZ"/>
        </w:rPr>
      </w:pPr>
      <w:r w:rsidRPr="00033140">
        <w:rPr>
          <w:lang w:val="cs-CZ"/>
        </w:rPr>
        <w:t>Příspěvek SRP</w:t>
      </w:r>
      <w:r w:rsidR="00B677AA">
        <w:rPr>
          <w:lang w:val="cs-CZ"/>
        </w:rPr>
        <w:t>M</w:t>
      </w:r>
      <w:r w:rsidRPr="00033140">
        <w:rPr>
          <w:lang w:val="cs-CZ"/>
        </w:rPr>
        <w:t>Š na školní rok činí 2300,- Kč, předškoláci 2800,-. Hlasování o souhlas k určené částce proběhlo na členské schůzi spolku.</w:t>
      </w:r>
    </w:p>
    <w:p w14:paraId="4C409378" w14:textId="1BE46646" w:rsidR="00667455" w:rsidRPr="00033140" w:rsidRDefault="00000000">
      <w:pPr>
        <w:rPr>
          <w:lang w:val="cs-CZ"/>
        </w:rPr>
      </w:pPr>
      <w:r w:rsidRPr="00033140">
        <w:rPr>
          <w:lang w:val="cs-CZ"/>
        </w:rPr>
        <w:t xml:space="preserve">**Platba do 30. 9. a lze platit na účet </w:t>
      </w:r>
      <w:r w:rsidR="00033140" w:rsidRPr="00033140">
        <w:rPr>
          <w:lang w:val="cs-CZ"/>
        </w:rPr>
        <w:t>Fio</w:t>
      </w:r>
      <w:r w:rsidRPr="00033140">
        <w:rPr>
          <w:lang w:val="cs-CZ"/>
        </w:rPr>
        <w:t xml:space="preserve"> banky:**</w:t>
      </w:r>
    </w:p>
    <w:p w14:paraId="64663A68" w14:textId="77777777" w:rsidR="00667455" w:rsidRPr="00033140" w:rsidRDefault="00000000">
      <w:pPr>
        <w:rPr>
          <w:lang w:val="cs-CZ"/>
        </w:rPr>
      </w:pPr>
      <w:r w:rsidRPr="00033140">
        <w:rPr>
          <w:lang w:val="cs-CZ"/>
        </w:rPr>
        <w:t>2802303803 / 2010 nebo hotově na třídě. Prosíme do poznámky napsat jméno dítěte. V případě sourozenců se dají po domluvě platby rozdělit na dvě části. Jedna do konce září a druhá do konce ledna 2027.</w:t>
      </w:r>
    </w:p>
    <w:p w14:paraId="40DBA37D" w14:textId="77777777" w:rsidR="00667455" w:rsidRPr="00033140" w:rsidRDefault="00000000">
      <w:pPr>
        <w:pStyle w:val="Seznamsodrkami"/>
        <w:rPr>
          <w:lang w:val="cs-CZ"/>
        </w:rPr>
      </w:pPr>
      <w:r w:rsidRPr="00033140">
        <w:rPr>
          <w:lang w:val="cs-CZ"/>
        </w:rPr>
        <w:t>Použití příspěvku: akce dětí, divadla, výlety, dárky na Mikuláše, Vánoce, Den dětí, popř. úhrada netradičního materiálu na výrobu dárků pro rodiče, pohoštění při oslavách Dne dětí, Vánoce... Dále bychom rádi reagovali na další nabídky vzdělávacích akcí, jako například ekologické akce, zvířátka do MŠ.</w:t>
      </w:r>
    </w:p>
    <w:p w14:paraId="040C5D4C" w14:textId="77777777" w:rsidR="00667455" w:rsidRPr="00033140" w:rsidRDefault="00000000">
      <w:pPr>
        <w:spacing w:before="180" w:after="80"/>
        <w:rPr>
          <w:lang w:val="cs-CZ"/>
        </w:rPr>
      </w:pPr>
      <w:r w:rsidRPr="00033140">
        <w:rPr>
          <w:b/>
          <w:sz w:val="23"/>
          <w:lang w:val="cs-CZ"/>
        </w:rPr>
        <w:t>Projekt EU</w:t>
      </w:r>
    </w:p>
    <w:p w14:paraId="6963DAEA" w14:textId="75C53BB4" w:rsidR="00667455" w:rsidRPr="00033140" w:rsidRDefault="00000000">
      <w:pPr>
        <w:pStyle w:val="Seznamsodrkami"/>
        <w:rPr>
          <w:lang w:val="cs-CZ"/>
        </w:rPr>
      </w:pPr>
      <w:r w:rsidRPr="00033140">
        <w:rPr>
          <w:lang w:val="cs-CZ"/>
        </w:rPr>
        <w:t>Na stránkách MŠ si můžete přečíst, do kterých jednotlivých aktivit se naše MŠ zapojila, a bude      zapojovat.</w:t>
      </w:r>
    </w:p>
    <w:p w14:paraId="36D22697" w14:textId="77777777" w:rsidR="00667455" w:rsidRPr="00033140" w:rsidRDefault="00000000">
      <w:pPr>
        <w:spacing w:before="180" w:after="80"/>
        <w:rPr>
          <w:lang w:val="cs-CZ"/>
        </w:rPr>
      </w:pPr>
      <w:r w:rsidRPr="00033140">
        <w:rPr>
          <w:b/>
          <w:sz w:val="23"/>
          <w:lang w:val="cs-CZ"/>
        </w:rPr>
        <w:t>Různé, diskuse:</w:t>
      </w:r>
    </w:p>
    <w:p w14:paraId="371F31B1" w14:textId="77777777" w:rsidR="00667455" w:rsidRPr="00033140" w:rsidRDefault="00000000">
      <w:pPr>
        <w:pStyle w:val="Seznamsodrkami"/>
        <w:rPr>
          <w:lang w:val="cs-CZ"/>
        </w:rPr>
      </w:pPr>
      <w:r w:rsidRPr="00033140">
        <w:rPr>
          <w:lang w:val="cs-CZ"/>
        </w:rPr>
        <w:t>individuální dotazy byly zodpovězeny v průběhu schůzek vždy k danému tématu</w:t>
      </w:r>
    </w:p>
    <w:p w14:paraId="42C22E0A" w14:textId="6CF5C154" w:rsidR="00667455" w:rsidRPr="00033140" w:rsidRDefault="00000000">
      <w:pPr>
        <w:pStyle w:val="Seznamsodrkami"/>
        <w:rPr>
          <w:lang w:val="cs-CZ"/>
        </w:rPr>
      </w:pPr>
      <w:r w:rsidRPr="00033140">
        <w:rPr>
          <w:lang w:val="cs-CZ"/>
        </w:rPr>
        <w:t>důležitá je spolupráce rodič</w:t>
      </w:r>
      <w:r w:rsidR="00B677AA">
        <w:rPr>
          <w:lang w:val="cs-CZ"/>
        </w:rPr>
        <w:t>e</w:t>
      </w:r>
      <w:r w:rsidRPr="00033140">
        <w:rPr>
          <w:lang w:val="cs-CZ"/>
        </w:rPr>
        <w:t xml:space="preserve"> a paní učitelky na třídách</w:t>
      </w:r>
    </w:p>
    <w:p w14:paraId="2E6D0E33" w14:textId="77777777" w:rsidR="00667455" w:rsidRPr="00033140" w:rsidRDefault="00000000">
      <w:pPr>
        <w:pStyle w:val="Seznamsodrkami"/>
        <w:rPr>
          <w:lang w:val="cs-CZ"/>
        </w:rPr>
      </w:pPr>
      <w:r w:rsidRPr="00033140">
        <w:rPr>
          <w:lang w:val="cs-CZ"/>
        </w:rPr>
        <w:t>pravidla MŠ jsou ozkoušena lety praxe. Reagujeme i na individuální potřeby dětí a měnící se vývoj dětí. Nejdůležitější pro správný a zdravý vývoj dětí je učení nových věcí a vedení k samostatnosti. U malých dětí především sebeobsluze. U větších dětí je důraz na komunikaci.</w:t>
      </w:r>
    </w:p>
    <w:p w14:paraId="28C688D4" w14:textId="77777777" w:rsidR="00667455" w:rsidRPr="00033140" w:rsidRDefault="00000000" w:rsidP="007A663D">
      <w:pPr>
        <w:spacing w:before="180" w:after="80"/>
        <w:jc w:val="both"/>
        <w:rPr>
          <w:lang w:val="cs-CZ"/>
        </w:rPr>
      </w:pPr>
      <w:r w:rsidRPr="00033140">
        <w:rPr>
          <w:b/>
          <w:sz w:val="23"/>
          <w:lang w:val="cs-CZ"/>
        </w:rPr>
        <w:t>Dodatek k třídním schůzkám za jednotlivé třídy</w:t>
      </w:r>
    </w:p>
    <w:p w14:paraId="637BFFBC" w14:textId="77777777" w:rsidR="00667455" w:rsidRPr="00033140" w:rsidRDefault="00000000" w:rsidP="007A663D">
      <w:pPr>
        <w:spacing w:before="180" w:after="80"/>
        <w:jc w:val="both"/>
        <w:rPr>
          <w:lang w:val="cs-CZ"/>
        </w:rPr>
      </w:pPr>
      <w:r w:rsidRPr="00033140">
        <w:rPr>
          <w:b/>
          <w:sz w:val="23"/>
          <w:lang w:val="cs-CZ"/>
        </w:rPr>
        <w:t>Třída Včelky</w:t>
      </w:r>
    </w:p>
    <w:p w14:paraId="270EBD85" w14:textId="77777777" w:rsidR="00F83B86" w:rsidRPr="00033140" w:rsidRDefault="00000000">
      <w:pPr>
        <w:pStyle w:val="Seznamsodrkami"/>
        <w:rPr>
          <w:lang w:val="cs-CZ"/>
        </w:rPr>
      </w:pPr>
      <w:r w:rsidRPr="00033140">
        <w:rPr>
          <w:lang w:val="cs-CZ"/>
        </w:rPr>
        <w:t>Portfolio dítěte – slouží k průběžnému zachycení vývoje dítěte a jako praktický podklad pro stručné předávání informací rodičům.</w:t>
      </w:r>
    </w:p>
    <w:p w14:paraId="7B895235" w14:textId="77777777" w:rsidR="00F83B86" w:rsidRPr="00033140" w:rsidRDefault="00000000">
      <w:pPr>
        <w:pStyle w:val="Seznamsodrkami"/>
        <w:rPr>
          <w:lang w:val="cs-CZ"/>
        </w:rPr>
      </w:pPr>
      <w:r w:rsidRPr="00033140">
        <w:rPr>
          <w:lang w:val="cs-CZ"/>
        </w:rPr>
        <w:t>Třídní projekty: Jahodníček, Obchůdek a další aktivity podle aktuálního plánu třídy.</w:t>
      </w:r>
    </w:p>
    <w:p w14:paraId="72212D82" w14:textId="304153E1" w:rsidR="00667455" w:rsidRPr="00033140" w:rsidRDefault="00000000" w:rsidP="00A21298">
      <w:pPr>
        <w:pStyle w:val="Seznamsodrkami"/>
        <w:jc w:val="both"/>
        <w:rPr>
          <w:lang w:val="cs-CZ"/>
        </w:rPr>
      </w:pPr>
      <w:r w:rsidRPr="00033140">
        <w:rPr>
          <w:lang w:val="cs-CZ"/>
        </w:rPr>
        <w:t>Představení projektu Od vajíčka ke slepici..</w:t>
      </w:r>
    </w:p>
    <w:p w14:paraId="08214CAE" w14:textId="77777777" w:rsidR="00667455" w:rsidRPr="00033140" w:rsidRDefault="00000000" w:rsidP="007A663D">
      <w:pPr>
        <w:pStyle w:val="Seznamsodrkami"/>
        <w:jc w:val="both"/>
        <w:rPr>
          <w:lang w:val="cs-CZ"/>
        </w:rPr>
      </w:pPr>
      <w:r w:rsidRPr="00033140">
        <w:rPr>
          <w:lang w:val="cs-CZ"/>
        </w:rPr>
        <w:t>Fotografie a galerie – fotky dět</w:t>
      </w:r>
      <w:r w:rsidR="007A663D" w:rsidRPr="00033140">
        <w:rPr>
          <w:lang w:val="cs-CZ"/>
        </w:rPr>
        <w:t>í</w:t>
      </w:r>
      <w:r w:rsidRPr="00033140">
        <w:rPr>
          <w:lang w:val="cs-CZ"/>
        </w:rPr>
        <w:t xml:space="preserve"> během roku jsou na webu po přihlášení; MŠ má uzavřený instagramový účet  pro rodiče a blízké příbuzné.</w:t>
      </w:r>
    </w:p>
    <w:p w14:paraId="39212313" w14:textId="77777777" w:rsidR="00B677AA" w:rsidRDefault="00B677AA" w:rsidP="00B677AA">
      <w:pPr>
        <w:pStyle w:val="Seznamsodrkami"/>
        <w:numPr>
          <w:ilvl w:val="0"/>
          <w:numId w:val="0"/>
        </w:numPr>
        <w:ind w:left="360" w:hanging="360"/>
        <w:jc w:val="both"/>
        <w:rPr>
          <w:lang w:val="cs-CZ"/>
        </w:rPr>
      </w:pPr>
    </w:p>
    <w:p w14:paraId="31F69D47" w14:textId="77777777" w:rsidR="00B677AA" w:rsidRDefault="00B677AA" w:rsidP="00B677AA">
      <w:pPr>
        <w:pStyle w:val="Seznamsodrkami"/>
        <w:numPr>
          <w:ilvl w:val="0"/>
          <w:numId w:val="0"/>
        </w:numPr>
        <w:ind w:left="360" w:hanging="360"/>
        <w:jc w:val="both"/>
        <w:rPr>
          <w:lang w:val="cs-CZ"/>
        </w:rPr>
      </w:pPr>
    </w:p>
    <w:p w14:paraId="5A8FD705" w14:textId="173394D3" w:rsidR="00B677AA" w:rsidRDefault="00B677AA" w:rsidP="00B677AA">
      <w:pPr>
        <w:pStyle w:val="Seznamsodrkami"/>
        <w:numPr>
          <w:ilvl w:val="0"/>
          <w:numId w:val="0"/>
        </w:numPr>
        <w:ind w:left="360" w:hanging="360"/>
        <w:jc w:val="both"/>
        <w:rPr>
          <w:lang w:val="cs-CZ"/>
        </w:rPr>
      </w:pPr>
      <w:r>
        <w:rPr>
          <w:lang w:val="cs-CZ"/>
        </w:rPr>
        <w:lastRenderedPageBreak/>
        <w:t>Třídní projekty:</w:t>
      </w:r>
    </w:p>
    <w:p w14:paraId="64A84E32" w14:textId="543BAAB5" w:rsidR="00667455" w:rsidRPr="00033140" w:rsidRDefault="00000000" w:rsidP="00B677AA">
      <w:pPr>
        <w:pStyle w:val="Seznamsodrkami"/>
        <w:rPr>
          <w:lang w:val="cs-CZ"/>
        </w:rPr>
      </w:pPr>
      <w:r w:rsidRPr="00033140">
        <w:rPr>
          <w:lang w:val="cs-CZ"/>
        </w:rPr>
        <w:t>Jahodníček na víkend – plyšák jde</w:t>
      </w:r>
      <w:r w:rsidR="007A663D" w:rsidRPr="00033140">
        <w:rPr>
          <w:lang w:val="cs-CZ"/>
        </w:rPr>
        <w:t xml:space="preserve"> </w:t>
      </w:r>
      <w:r w:rsidRPr="00033140">
        <w:rPr>
          <w:lang w:val="cs-CZ"/>
        </w:rPr>
        <w:t>domů, dítě s rodiči zpracuje zážitek na A3 a v pondělí ho odprezentuje třídě.</w:t>
      </w:r>
    </w:p>
    <w:p w14:paraId="27CCB340" w14:textId="77777777" w:rsidR="00667455" w:rsidRPr="00033140" w:rsidRDefault="00000000" w:rsidP="00B677AA">
      <w:pPr>
        <w:pStyle w:val="Seznamsodrkami"/>
        <w:rPr>
          <w:lang w:val="cs-CZ"/>
        </w:rPr>
      </w:pPr>
      <w:r w:rsidRPr="00033140">
        <w:rPr>
          <w:lang w:val="cs-CZ"/>
        </w:rPr>
        <w:t>Obchůdek – finanční gramotnost a týdenní hospodář „vydělává“ semínka a za ně si může koupit drobnosti.</w:t>
      </w:r>
    </w:p>
    <w:p w14:paraId="73057072" w14:textId="77777777" w:rsidR="00667455" w:rsidRPr="00033140" w:rsidRDefault="00667455" w:rsidP="00A21298">
      <w:pPr>
        <w:pStyle w:val="Seznamsodrkami"/>
        <w:numPr>
          <w:ilvl w:val="0"/>
          <w:numId w:val="0"/>
        </w:numPr>
        <w:ind w:left="360"/>
        <w:jc w:val="both"/>
        <w:rPr>
          <w:lang w:val="cs-CZ"/>
        </w:rPr>
      </w:pPr>
    </w:p>
    <w:p w14:paraId="32B7A938" w14:textId="77777777" w:rsidR="00667455" w:rsidRPr="00033140" w:rsidRDefault="00000000" w:rsidP="007A663D">
      <w:pPr>
        <w:spacing w:before="180" w:after="80"/>
        <w:jc w:val="both"/>
        <w:rPr>
          <w:lang w:val="cs-CZ"/>
        </w:rPr>
      </w:pPr>
      <w:r w:rsidRPr="00033140">
        <w:rPr>
          <w:b/>
          <w:sz w:val="23"/>
          <w:lang w:val="cs-CZ"/>
        </w:rPr>
        <w:t>Třída Kočičky</w:t>
      </w:r>
    </w:p>
    <w:p w14:paraId="4AE3A116" w14:textId="77777777" w:rsidR="00F83B86" w:rsidRPr="00033140" w:rsidRDefault="00000000">
      <w:pPr>
        <w:pStyle w:val="Seznamsodrkami"/>
        <w:rPr>
          <w:lang w:val="cs-CZ"/>
        </w:rPr>
      </w:pPr>
      <w:r w:rsidRPr="00033140">
        <w:rPr>
          <w:lang w:val="cs-CZ"/>
        </w:rPr>
        <w:t>Třídní projekty a aktivity: sběr papíru a zapojení dětí do Ekotýmu podle aktuálního programu.</w:t>
      </w:r>
    </w:p>
    <w:p w14:paraId="19A7975F" w14:textId="77777777" w:rsidR="00F83B86" w:rsidRPr="00033140" w:rsidRDefault="00000000">
      <w:pPr>
        <w:pStyle w:val="Seznamsodrkami"/>
        <w:rPr>
          <w:lang w:val="cs-CZ"/>
        </w:rPr>
      </w:pPr>
      <w:r w:rsidRPr="00033140">
        <w:rPr>
          <w:lang w:val="cs-CZ"/>
        </w:rPr>
        <w:t>Důraz na pravidelný režim, bezpečnost a samostatnost dětí; konkrétní třídní organizaci učitelky představí rodičům.</w:t>
      </w:r>
    </w:p>
    <w:p w14:paraId="4D66CAD6" w14:textId="77777777" w:rsidR="00667455" w:rsidRPr="00033140" w:rsidRDefault="00000000" w:rsidP="007A663D">
      <w:pPr>
        <w:pStyle w:val="Seznamsodrkami"/>
        <w:jc w:val="both"/>
        <w:rPr>
          <w:lang w:val="cs-CZ"/>
        </w:rPr>
      </w:pPr>
      <w:r w:rsidRPr="00033140">
        <w:rPr>
          <w:lang w:val="cs-CZ"/>
        </w:rPr>
        <w:t>Adaptace dětí: pravidelnost, řád, krátké loučení, včasný příchod.</w:t>
      </w:r>
    </w:p>
    <w:p w14:paraId="7B805DD6" w14:textId="77777777" w:rsidR="00667455" w:rsidRPr="00033140" w:rsidRDefault="00000000" w:rsidP="007A663D">
      <w:pPr>
        <w:pStyle w:val="Seznamsodrkami"/>
        <w:jc w:val="both"/>
        <w:rPr>
          <w:lang w:val="cs-CZ"/>
        </w:rPr>
      </w:pPr>
      <w:r w:rsidRPr="00033140">
        <w:rPr>
          <w:lang w:val="cs-CZ"/>
        </w:rPr>
        <w:t>Režim dne, respektování školního řádu, důraz na bezpečnost dětí.</w:t>
      </w:r>
    </w:p>
    <w:p w14:paraId="069CE2BE" w14:textId="77777777" w:rsidR="00667455" w:rsidRPr="00033140" w:rsidRDefault="00000000" w:rsidP="007A663D">
      <w:pPr>
        <w:pStyle w:val="Seznamsodrkami"/>
        <w:jc w:val="both"/>
        <w:rPr>
          <w:lang w:val="cs-CZ"/>
        </w:rPr>
      </w:pPr>
      <w:r w:rsidRPr="00033140">
        <w:rPr>
          <w:lang w:val="cs-CZ"/>
        </w:rPr>
        <w:t>Seznámení s kroužky a akcemi MŠ.</w:t>
      </w:r>
    </w:p>
    <w:p w14:paraId="4BB33A36" w14:textId="77777777" w:rsidR="00667455" w:rsidRPr="00033140" w:rsidRDefault="00000000" w:rsidP="007A663D">
      <w:pPr>
        <w:pStyle w:val="Seznamsodrkami"/>
        <w:jc w:val="both"/>
        <w:rPr>
          <w:lang w:val="cs-CZ"/>
        </w:rPr>
      </w:pPr>
      <w:r w:rsidRPr="00033140">
        <w:rPr>
          <w:lang w:val="cs-CZ"/>
        </w:rPr>
        <w:t>Připomenutí, že cílem je spokojenost dětí a partnerská spolupráce s rodiči.</w:t>
      </w:r>
    </w:p>
    <w:p w14:paraId="1507914F" w14:textId="799ADDB1" w:rsidR="00667455" w:rsidRPr="00033140" w:rsidRDefault="00667455" w:rsidP="00A21298">
      <w:pPr>
        <w:pStyle w:val="Seznamsodrkami"/>
        <w:numPr>
          <w:ilvl w:val="0"/>
          <w:numId w:val="0"/>
        </w:numPr>
        <w:ind w:left="360"/>
        <w:jc w:val="both"/>
        <w:rPr>
          <w:lang w:val="cs-CZ"/>
        </w:rPr>
      </w:pPr>
    </w:p>
    <w:p w14:paraId="5E5E3AD8" w14:textId="77777777" w:rsidR="00667455" w:rsidRPr="00033140" w:rsidRDefault="00667455" w:rsidP="00A21298">
      <w:pPr>
        <w:pStyle w:val="Seznamsodrkami"/>
        <w:numPr>
          <w:ilvl w:val="0"/>
          <w:numId w:val="0"/>
        </w:numPr>
        <w:ind w:left="360"/>
        <w:jc w:val="both"/>
        <w:rPr>
          <w:lang w:val="cs-CZ"/>
        </w:rPr>
      </w:pPr>
    </w:p>
    <w:p w14:paraId="600464AE" w14:textId="77777777" w:rsidR="00667455" w:rsidRPr="00033140" w:rsidRDefault="00000000" w:rsidP="007A663D">
      <w:pPr>
        <w:spacing w:before="180" w:after="80"/>
        <w:jc w:val="both"/>
        <w:rPr>
          <w:lang w:val="cs-CZ"/>
        </w:rPr>
      </w:pPr>
      <w:r w:rsidRPr="00033140">
        <w:rPr>
          <w:b/>
          <w:sz w:val="23"/>
          <w:lang w:val="cs-CZ"/>
        </w:rPr>
        <w:t>Třída Motýlci</w:t>
      </w:r>
    </w:p>
    <w:p w14:paraId="23975CDA" w14:textId="77777777" w:rsidR="00F83B86" w:rsidRPr="00033140" w:rsidRDefault="00000000">
      <w:pPr>
        <w:pStyle w:val="Seznamsodrkami"/>
        <w:rPr>
          <w:lang w:val="cs-CZ"/>
        </w:rPr>
      </w:pPr>
      <w:r w:rsidRPr="00033140">
        <w:rPr>
          <w:lang w:val="cs-CZ"/>
        </w:rPr>
        <w:t>Prosíme rodiče o vhodné oblečení na pobyt venku a podporu samostatného oblékání a obouvání.</w:t>
      </w:r>
    </w:p>
    <w:p w14:paraId="00D1D16B" w14:textId="77777777" w:rsidR="00F83B86" w:rsidRPr="00033140" w:rsidRDefault="00000000">
      <w:pPr>
        <w:pStyle w:val="Seznamsodrkami"/>
        <w:rPr>
          <w:lang w:val="cs-CZ"/>
        </w:rPr>
      </w:pPr>
      <w:r w:rsidRPr="00033140">
        <w:rPr>
          <w:lang w:val="cs-CZ"/>
        </w:rPr>
        <w:t>Výletní a třídní aktivity budou plánovány podle aktuálních možností; informace budou průběžně zveřejňovány na nástěnce.</w:t>
      </w:r>
    </w:p>
    <w:p w14:paraId="0C5BAE85" w14:textId="61C9EDC8" w:rsidR="00F83B86" w:rsidRPr="00033140" w:rsidRDefault="00B677AA">
      <w:pPr>
        <w:pStyle w:val="Seznamsodrkami"/>
        <w:rPr>
          <w:lang w:val="cs-CZ"/>
        </w:rPr>
      </w:pPr>
      <w:r>
        <w:rPr>
          <w:lang w:val="cs-CZ"/>
        </w:rPr>
        <w:t>Vlastní</w:t>
      </w:r>
      <w:r w:rsidR="00000000" w:rsidRPr="00033140">
        <w:rPr>
          <w:lang w:val="cs-CZ"/>
        </w:rPr>
        <w:t xml:space="preserve"> kola a koloběžky nejsou určeny k jízdě na zahradě MŠ; parkujte je na určeném místě u stojanů.</w:t>
      </w:r>
    </w:p>
    <w:p w14:paraId="3442E415" w14:textId="77777777" w:rsidR="00F83B86" w:rsidRPr="00033140" w:rsidRDefault="00000000">
      <w:pPr>
        <w:pStyle w:val="Seznamsodrkami"/>
        <w:rPr>
          <w:lang w:val="cs-CZ"/>
        </w:rPr>
      </w:pPr>
      <w:r w:rsidRPr="00033140">
        <w:rPr>
          <w:lang w:val="cs-CZ"/>
        </w:rPr>
        <w:t>Prosíme rodiče, aby si pravidelně kontrolovali nástěnky a informace o platbách a akcích na webu MŠ.</w:t>
      </w:r>
    </w:p>
    <w:p w14:paraId="55EAEC7A" w14:textId="77777777" w:rsidR="00667455" w:rsidRPr="00033140" w:rsidRDefault="00000000" w:rsidP="007A663D">
      <w:pPr>
        <w:pStyle w:val="Seznamsodrkami"/>
        <w:jc w:val="both"/>
        <w:rPr>
          <w:lang w:val="cs-CZ"/>
        </w:rPr>
      </w:pPr>
      <w:r w:rsidRPr="00033140">
        <w:rPr>
          <w:lang w:val="cs-CZ"/>
        </w:rPr>
        <w:t>Z hygienických důvodů nedávat boty na ven do botníků na bačkory.</w:t>
      </w:r>
    </w:p>
    <w:p w14:paraId="307EEA09" w14:textId="77777777" w:rsidR="00667455" w:rsidRPr="00033140" w:rsidRDefault="00000000" w:rsidP="007A663D">
      <w:pPr>
        <w:pStyle w:val="Seznamsodrkami"/>
        <w:jc w:val="both"/>
        <w:rPr>
          <w:lang w:val="cs-CZ"/>
        </w:rPr>
      </w:pPr>
      <w:r w:rsidRPr="00033140">
        <w:rPr>
          <w:lang w:val="cs-CZ"/>
        </w:rPr>
        <w:t>Procvičovat převracení oblečení na správnou stranu, podepisovat všechny věci.</w:t>
      </w:r>
    </w:p>
    <w:p w14:paraId="0FE53809" w14:textId="77777777" w:rsidR="00667455" w:rsidRPr="00033140" w:rsidRDefault="00000000" w:rsidP="007A663D">
      <w:pPr>
        <w:pStyle w:val="Seznamsodrkami"/>
        <w:jc w:val="both"/>
        <w:rPr>
          <w:lang w:val="cs-CZ"/>
        </w:rPr>
      </w:pPr>
      <w:r w:rsidRPr="00033140">
        <w:rPr>
          <w:lang w:val="cs-CZ"/>
        </w:rPr>
        <w:t>Podporovat ochutnávání jídel,</w:t>
      </w:r>
      <w:r w:rsidR="007A663D" w:rsidRPr="00033140">
        <w:rPr>
          <w:lang w:val="cs-CZ"/>
        </w:rPr>
        <w:t xml:space="preserve"> </w:t>
      </w:r>
      <w:r w:rsidRPr="00033140">
        <w:rPr>
          <w:lang w:val="cs-CZ"/>
        </w:rPr>
        <w:t>kontrolovat kapsy (kvůli riziku udušení sladkostmi).</w:t>
      </w:r>
    </w:p>
    <w:p w14:paraId="67A35FCC" w14:textId="77777777" w:rsidR="00667455" w:rsidRPr="00033140" w:rsidRDefault="00000000" w:rsidP="007A663D">
      <w:pPr>
        <w:pStyle w:val="Seznamsodrkami"/>
        <w:jc w:val="both"/>
        <w:rPr>
          <w:lang w:val="cs-CZ"/>
        </w:rPr>
      </w:pPr>
      <w:r w:rsidRPr="00033140">
        <w:rPr>
          <w:lang w:val="cs-CZ"/>
        </w:rPr>
        <w:t>Bezpečnost: opatrnost při podávání dveří.</w:t>
      </w:r>
    </w:p>
    <w:p w14:paraId="019F0D99" w14:textId="77777777" w:rsidR="00667455" w:rsidRPr="00033140" w:rsidRDefault="00000000" w:rsidP="007A663D">
      <w:pPr>
        <w:pStyle w:val="Seznamsodrkami"/>
        <w:jc w:val="both"/>
        <w:rPr>
          <w:lang w:val="cs-CZ"/>
        </w:rPr>
      </w:pPr>
      <w:r w:rsidRPr="00033140">
        <w:rPr>
          <w:lang w:val="cs-CZ"/>
        </w:rPr>
        <w:t>Připomenutí nutnosti dodržovat příchod do 8:00.</w:t>
      </w:r>
    </w:p>
    <w:p w14:paraId="4DD95D0E" w14:textId="77777777" w:rsidR="00667455" w:rsidRPr="00033140" w:rsidRDefault="00000000" w:rsidP="007A663D">
      <w:pPr>
        <w:pStyle w:val="Seznamsodrkami"/>
        <w:jc w:val="both"/>
        <w:rPr>
          <w:lang w:val="cs-CZ"/>
        </w:rPr>
      </w:pPr>
      <w:r w:rsidRPr="00033140">
        <w:rPr>
          <w:lang w:val="cs-CZ"/>
        </w:rPr>
        <w:t>Představení projektu Od vajíčka ke slepici, seznámení s „pomazánkovými dny“.</w:t>
      </w:r>
    </w:p>
    <w:p w14:paraId="26D3BDF3" w14:textId="77777777" w:rsidR="00667455" w:rsidRPr="00033140" w:rsidRDefault="00000000" w:rsidP="007A663D">
      <w:pPr>
        <w:spacing w:before="180" w:after="80"/>
        <w:jc w:val="both"/>
        <w:rPr>
          <w:lang w:val="cs-CZ"/>
        </w:rPr>
      </w:pPr>
      <w:r w:rsidRPr="00033140">
        <w:rPr>
          <w:b/>
          <w:sz w:val="23"/>
          <w:lang w:val="cs-CZ"/>
        </w:rPr>
        <w:t>Upozornění pro rodiče</w:t>
      </w:r>
    </w:p>
    <w:p w14:paraId="242AECBE" w14:textId="77777777" w:rsidR="00667455" w:rsidRPr="00033140" w:rsidRDefault="00000000" w:rsidP="007A663D">
      <w:pPr>
        <w:jc w:val="both"/>
        <w:rPr>
          <w:lang w:val="cs-CZ"/>
        </w:rPr>
      </w:pPr>
      <w:r w:rsidRPr="00033140">
        <w:rPr>
          <w:lang w:val="cs-CZ"/>
        </w:rPr>
        <w:t>V šatnách jednotlivých tříd najdete k nahlédnutí materiály, na které jsme upozorňovali během třídních schůzek:</w:t>
      </w:r>
    </w:p>
    <w:p w14:paraId="1DC90A38" w14:textId="5B22B4C0" w:rsidR="00667455" w:rsidRPr="00033140" w:rsidRDefault="00000000" w:rsidP="007A663D">
      <w:pPr>
        <w:pStyle w:val="Seznamsodrkami"/>
        <w:jc w:val="both"/>
        <w:rPr>
          <w:lang w:val="cs-CZ"/>
        </w:rPr>
      </w:pPr>
      <w:r w:rsidRPr="00033140">
        <w:rPr>
          <w:lang w:val="cs-CZ"/>
        </w:rPr>
        <w:t>Nový školní vzdělávací p</w:t>
      </w:r>
      <w:r w:rsidR="007A663D" w:rsidRPr="00033140">
        <w:rPr>
          <w:lang w:val="cs-CZ"/>
        </w:rPr>
        <w:t>ro</w:t>
      </w:r>
      <w:r w:rsidRPr="00033140">
        <w:rPr>
          <w:lang w:val="cs-CZ"/>
        </w:rPr>
        <w:t>gram</w:t>
      </w:r>
    </w:p>
    <w:p w14:paraId="4499CDFA" w14:textId="07912B97" w:rsidR="00667455" w:rsidRPr="00033140" w:rsidRDefault="00000000" w:rsidP="007A663D">
      <w:pPr>
        <w:pStyle w:val="Seznamsodrkami"/>
        <w:jc w:val="both"/>
        <w:rPr>
          <w:lang w:val="cs-CZ"/>
        </w:rPr>
      </w:pPr>
      <w:r w:rsidRPr="00033140">
        <w:rPr>
          <w:lang w:val="cs-CZ"/>
        </w:rPr>
        <w:t xml:space="preserve">Informace pro rodiče k </w:t>
      </w:r>
      <w:r w:rsidR="00033140" w:rsidRPr="00033140">
        <w:rPr>
          <w:lang w:val="cs-CZ"/>
        </w:rPr>
        <w:t>pojetí předškolní</w:t>
      </w:r>
      <w:r w:rsidRPr="00033140">
        <w:rPr>
          <w:lang w:val="cs-CZ"/>
        </w:rPr>
        <w:t xml:space="preserve"> výchovy</w:t>
      </w:r>
    </w:p>
    <w:p w14:paraId="5B7FBC2C" w14:textId="3268A7EF" w:rsidR="00667455" w:rsidRPr="00033140" w:rsidRDefault="00000000" w:rsidP="007A663D">
      <w:pPr>
        <w:pStyle w:val="Seznamsodrkami"/>
        <w:jc w:val="both"/>
        <w:rPr>
          <w:lang w:val="cs-CZ"/>
        </w:rPr>
      </w:pPr>
      <w:r w:rsidRPr="00033140">
        <w:rPr>
          <w:lang w:val="cs-CZ"/>
        </w:rPr>
        <w:t>Projekt „Od vajíčka ke slepici“ pokračování</w:t>
      </w:r>
    </w:p>
    <w:p w14:paraId="4E62C158" w14:textId="05559380" w:rsidR="00667455" w:rsidRPr="00033140" w:rsidRDefault="00000000" w:rsidP="007A663D">
      <w:pPr>
        <w:pStyle w:val="Seznamsodrkami"/>
        <w:jc w:val="both"/>
        <w:rPr>
          <w:lang w:val="cs-CZ"/>
        </w:rPr>
      </w:pPr>
      <w:r w:rsidRPr="00033140">
        <w:rPr>
          <w:lang w:val="cs-CZ"/>
        </w:rPr>
        <w:t>Vysvětlení provozu Instagramu MŠ</w:t>
      </w:r>
      <w:r w:rsidR="007A663D" w:rsidRPr="00033140">
        <w:rPr>
          <w:lang w:val="cs-CZ"/>
        </w:rPr>
        <w:t xml:space="preserve"> </w:t>
      </w:r>
      <w:r w:rsidRPr="00033140">
        <w:rPr>
          <w:lang w:val="cs-CZ"/>
        </w:rPr>
        <w:t>Jahodnice – jde nadstandardní aktivitu paní učitelky Petry ze třídy Včelky – nejde o Instagram celé MŠ Jahodnice – pokud paní učitelky dodají své aktivity, tak paní učitelka Petra video zveřejní. Vše za dodržování GDPR.</w:t>
      </w:r>
    </w:p>
    <w:p w14:paraId="3DA0333F" w14:textId="77777777" w:rsidR="00667455" w:rsidRPr="00033140" w:rsidRDefault="00000000" w:rsidP="007A663D">
      <w:pPr>
        <w:pStyle w:val="Seznamsodrkami"/>
        <w:jc w:val="both"/>
        <w:rPr>
          <w:lang w:val="cs-CZ"/>
        </w:rPr>
      </w:pPr>
      <w:r w:rsidRPr="00033140">
        <w:rPr>
          <w:lang w:val="cs-CZ"/>
        </w:rPr>
        <w:t>Zdůraznění nutnosti přečt</w:t>
      </w:r>
      <w:r w:rsidR="007A663D" w:rsidRPr="00033140">
        <w:rPr>
          <w:lang w:val="cs-CZ"/>
        </w:rPr>
        <w:t>e</w:t>
      </w:r>
      <w:r w:rsidRPr="00033140">
        <w:rPr>
          <w:lang w:val="cs-CZ"/>
        </w:rPr>
        <w:t>ní školních řádů! Nové inform</w:t>
      </w:r>
      <w:r w:rsidR="007A663D" w:rsidRPr="00033140">
        <w:rPr>
          <w:lang w:val="cs-CZ"/>
        </w:rPr>
        <w:t>a</w:t>
      </w:r>
      <w:r w:rsidRPr="00033140">
        <w:rPr>
          <w:lang w:val="cs-CZ"/>
        </w:rPr>
        <w:t>ce. Např. pravidla nošení vlastního jídla.</w:t>
      </w:r>
    </w:p>
    <w:p w14:paraId="45DACF67" w14:textId="77777777" w:rsidR="00667455" w:rsidRPr="00033140" w:rsidRDefault="00000000" w:rsidP="007A663D">
      <w:pPr>
        <w:jc w:val="both"/>
        <w:rPr>
          <w:lang w:val="cs-CZ"/>
        </w:rPr>
      </w:pPr>
      <w:r w:rsidRPr="00033140">
        <w:rPr>
          <w:lang w:val="cs-CZ"/>
        </w:rPr>
        <w:t>Doporučujeme si tyto informace pročíst, pomohou vám lépe porozumět našemu vzdělávacímu přístupu a aktuálním projektům MŠ.</w:t>
      </w:r>
    </w:p>
    <w:p w14:paraId="76538240" w14:textId="7445A61B" w:rsidR="00667455" w:rsidRPr="00033140" w:rsidRDefault="00000000">
      <w:pPr>
        <w:rPr>
          <w:lang w:val="cs-CZ"/>
        </w:rPr>
      </w:pPr>
      <w:r w:rsidRPr="00033140">
        <w:rPr>
          <w:lang w:val="cs-CZ"/>
        </w:rPr>
        <w:t xml:space="preserve">Zapsala      </w:t>
      </w:r>
      <w:r w:rsidR="00033140" w:rsidRPr="00033140">
        <w:rPr>
          <w:lang w:val="cs-CZ"/>
        </w:rPr>
        <w:t>Bc. Veronika</w:t>
      </w:r>
      <w:r w:rsidRPr="00033140">
        <w:rPr>
          <w:lang w:val="cs-CZ"/>
        </w:rPr>
        <w:t xml:space="preserve"> Strupková MSc.</w:t>
      </w:r>
    </w:p>
    <w:p w14:paraId="7CB8B74D" w14:textId="77777777" w:rsidR="00667455" w:rsidRPr="00033140" w:rsidRDefault="00000000">
      <w:pPr>
        <w:rPr>
          <w:lang w:val="cs-CZ"/>
        </w:rPr>
      </w:pPr>
      <w:r w:rsidRPr="00033140">
        <w:rPr>
          <w:lang w:val="cs-CZ"/>
        </w:rPr>
        <w:t>ředitelka MŠ</w:t>
      </w:r>
    </w:p>
    <w:sectPr w:rsidR="00667455" w:rsidRPr="00033140" w:rsidSect="00034616">
      <w:pgSz w:w="12240" w:h="15840"/>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136461674">
    <w:abstractNumId w:val="8"/>
  </w:num>
  <w:num w:numId="2" w16cid:durableId="1111433748">
    <w:abstractNumId w:val="6"/>
  </w:num>
  <w:num w:numId="3" w16cid:durableId="1648970615">
    <w:abstractNumId w:val="5"/>
  </w:num>
  <w:num w:numId="4" w16cid:durableId="1413090146">
    <w:abstractNumId w:val="4"/>
  </w:num>
  <w:num w:numId="5" w16cid:durableId="1133867366">
    <w:abstractNumId w:val="7"/>
  </w:num>
  <w:num w:numId="6" w16cid:durableId="602149888">
    <w:abstractNumId w:val="3"/>
  </w:num>
  <w:num w:numId="7" w16cid:durableId="1783374979">
    <w:abstractNumId w:val="2"/>
  </w:num>
  <w:num w:numId="8" w16cid:durableId="213200208">
    <w:abstractNumId w:val="1"/>
  </w:num>
  <w:num w:numId="9" w16cid:durableId="1945531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activeWritingStyle w:appName="MSWord" w:lang="cs-CZ" w:vendorID="64" w:dllVersion="4096" w:nlCheck="1" w:checkStyle="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140"/>
    <w:rsid w:val="00034616"/>
    <w:rsid w:val="0006063C"/>
    <w:rsid w:val="0015074B"/>
    <w:rsid w:val="0029639D"/>
    <w:rsid w:val="00326F90"/>
    <w:rsid w:val="003C137A"/>
    <w:rsid w:val="005E1A4F"/>
    <w:rsid w:val="00667455"/>
    <w:rsid w:val="007A663D"/>
    <w:rsid w:val="008D261D"/>
    <w:rsid w:val="00A21298"/>
    <w:rsid w:val="00AA1D8D"/>
    <w:rsid w:val="00B207E1"/>
    <w:rsid w:val="00B47730"/>
    <w:rsid w:val="00B677AA"/>
    <w:rsid w:val="00BB7CE2"/>
    <w:rsid w:val="00C07AD0"/>
    <w:rsid w:val="00CB0664"/>
    <w:rsid w:val="00DE32EB"/>
    <w:rsid w:val="00F838F2"/>
    <w:rsid w:val="00F83B8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7523DA"/>
  <w14:defaultImageDpi w14:val="330"/>
  <w15:docId w15:val="{741A7C66-3EE7-49AB-BC8C-F8494DBBC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100" w:line="269" w:lineRule="auto"/>
    </w:pPr>
    <w:rPr>
      <w:rFonts w:ascii="Arial" w:hAnsi="Arial"/>
      <w:sz w:val="21"/>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2031</Words>
  <Characters>11989</Characters>
  <Application>Microsoft Office Word</Application>
  <DocSecurity>0</DocSecurity>
  <Lines>99</Lines>
  <Paragraphs>27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13993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Jana Jasmína Sovová</cp:lastModifiedBy>
  <cp:revision>3</cp:revision>
  <dcterms:created xsi:type="dcterms:W3CDTF">2026-09-14T11:48:00Z</dcterms:created>
  <dcterms:modified xsi:type="dcterms:W3CDTF">2026-09-14T14:29:00Z</dcterms:modified>
  <cp:category/>
</cp:coreProperties>
</file>